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477FA" w14:textId="0AEBCFFC" w:rsidR="00331385" w:rsidRDefault="00331385">
      <w:pPr>
        <w:pStyle w:val="Titre"/>
      </w:pPr>
      <w:r>
        <w:rPr>
          <w:noProof/>
        </w:rPr>
        <mc:AlternateContent>
          <mc:Choice Requires="wpg">
            <w:drawing>
              <wp:anchor distT="0" distB="0" distL="114300" distR="114300" simplePos="0" relativeHeight="251659264" behindDoc="0" locked="0" layoutInCell="1" allowOverlap="1" wp14:anchorId="71793216" wp14:editId="53832CC2">
                <wp:simplePos x="0" y="0"/>
                <wp:positionH relativeFrom="column">
                  <wp:posOffset>95250</wp:posOffset>
                </wp:positionH>
                <wp:positionV relativeFrom="paragraph">
                  <wp:posOffset>-654050</wp:posOffset>
                </wp:positionV>
                <wp:extent cx="5610225" cy="737870"/>
                <wp:effectExtent l="0" t="0" r="9525" b="5080"/>
                <wp:wrapNone/>
                <wp:docPr id="753864823" name="Groupe 3"/>
                <wp:cNvGraphicFramePr/>
                <a:graphic xmlns:a="http://schemas.openxmlformats.org/drawingml/2006/main">
                  <a:graphicData uri="http://schemas.microsoft.com/office/word/2010/wordprocessingGroup">
                    <wpg:wgp>
                      <wpg:cNvGrpSpPr/>
                      <wpg:grpSpPr>
                        <a:xfrm>
                          <a:off x="0" y="0"/>
                          <a:ext cx="5610225" cy="737870"/>
                          <a:chOff x="493712" y="0"/>
                          <a:chExt cx="5610225" cy="737870"/>
                        </a:xfrm>
                      </wpg:grpSpPr>
                      <pic:pic xmlns:pic="http://schemas.openxmlformats.org/drawingml/2006/picture">
                        <pic:nvPicPr>
                          <pic:cNvPr id="1846672851" name="Picture 1" descr="Une image contenant texte, Police, Graphique, logo&#10;&#10;Le contenu généré par l’IA peut être incorrect."/>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493712" y="0"/>
                            <a:ext cx="1461770" cy="737870"/>
                          </a:xfrm>
                          <a:prstGeom prst="rect">
                            <a:avLst/>
                          </a:prstGeom>
                        </pic:spPr>
                      </pic:pic>
                      <pic:pic xmlns:pic="http://schemas.openxmlformats.org/drawingml/2006/picture">
                        <pic:nvPicPr>
                          <pic:cNvPr id="557969498" name="Image 1" descr="UEMOA_Officiel (@UEMOA_Officiel) / X"/>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5475287" y="0"/>
                            <a:ext cx="628650" cy="628650"/>
                          </a:xfrm>
                          <a:prstGeom prst="rect">
                            <a:avLst/>
                          </a:prstGeom>
                          <a:noFill/>
                          <a:ln>
                            <a:noFill/>
                          </a:ln>
                        </pic:spPr>
                      </pic:pic>
                      <pic:pic xmlns:pic="http://schemas.openxmlformats.org/drawingml/2006/picture">
                        <pic:nvPicPr>
                          <pic:cNvPr id="1164108029" name="Image 2" descr="Une image contenant dessin humoristique, clipart, Graphique, illustration&#10;&#10;Le contenu généré par l’IA peut êtr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768600" y="114300"/>
                            <a:ext cx="1419860" cy="514985"/>
                          </a:xfrm>
                          <a:prstGeom prst="rect">
                            <a:avLst/>
                          </a:prstGeom>
                          <a:noFill/>
                          <a:ln>
                            <a:noFill/>
                          </a:ln>
                        </pic:spPr>
                      </pic:pic>
                    </wpg:wgp>
                  </a:graphicData>
                </a:graphic>
                <wp14:sizeRelH relativeFrom="margin">
                  <wp14:pctWidth>0</wp14:pctWidth>
                </wp14:sizeRelH>
              </wp:anchor>
            </w:drawing>
          </mc:Choice>
          <mc:Fallback>
            <w:pict>
              <v:group w14:anchorId="54976EC0" id="Groupe 3" o:spid="_x0000_s1026" style="position:absolute;margin-left:7.5pt;margin-top:-51.5pt;width:441.75pt;height:58.1pt;z-index:251659264;mso-width-relative:margin" coordorigin="4937" coordsize="56102,73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Une image contenant texte, Police, Graphique, logo&#10;&#10;Le contenu généré par l’IA peut être incorrect." style="position:absolute;left:4937;width:14617;height:7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">
                  <v:imagedata r:id="rId9" o:title="Une image contenant texte, Police, Graphique, logo&#10;&#10;Le contenu généré par l’IA peut être incorrect"/>
                </v:shape>
                <v:shape id="Image 1" o:spid="_x0000_s1028" type="#_x0000_t75" alt="UEMOA_Officiel (@UEMOA_Officiel) / X" style="position:absolute;left:54752;width:6287;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">
                  <v:imagedata r:id="rId10" o:title=" X"/>
                </v:shape>
                <v:shape id="Image 2" o:spid="_x0000_s1029" type="#_x0000_t75" alt="Une image contenant dessin humoristique, clipart, Graphique, illustration&#10;&#10;Le contenu généré par l’IA peut être incorrect." style="position:absolute;left:27686;top:1143;width:14198;height:5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">
                  <v:imagedata r:id="rId11" o:title="Une image contenant dessin humoristique, clipart, Graphique, illustration&#10;&#10;Le contenu généré par l’IA peut être incorrect"/>
                </v:shape>
              </v:group>
            </w:pict>
          </mc:Fallback>
        </mc:AlternateContent>
      </w:r>
    </w:p>
    <w:p w14:paraId="54CED644" w14:textId="5F9A3AF7" w:rsidR="000746B7" w:rsidRPr="00143264" w:rsidRDefault="00331385">
      <w:pPr>
        <w:pStyle w:val="Titre"/>
      </w:pPr>
      <w:r>
        <w:t>📘 FULL APP FORM (PRCM / WACA ResIP)</w:t>
      </w:r>
    </w:p>
    <w:p w14:paraId="7EA4B437" w14:textId="6D8A1CB2" w:rsidR="00D13D2B" w:rsidRPr="00143264" w:rsidRDefault="00D13D2B" w:rsidP="00155FB7">
      <w:pPr>
        <w:pStyle w:val="Titre1"/>
        <w:jc w:val="both"/>
        <w:rPr>
          <w:i/>
          <w:iCs/>
          <w:sz w:val="22"/>
          <w:szCs w:val="22"/>
        </w:rPr>
      </w:pPr>
      <w:r w:rsidRPr="00D13D2B">
        <w:rPr>
          <w:i/>
          <w:iCs/>
          <w:sz w:val="22"/>
          <w:szCs w:val="22"/>
        </w:rPr>
        <w:t xml:space="preserve">This form </w:t>
      </w:r>
      <w:r w:rsidR="009A660C">
        <w:rPr>
          <w:i/>
          <w:iCs/>
          <w:sz w:val="22"/>
          <w:szCs w:val="22"/>
        </w:rPr>
        <w:t>serves a</w:t>
      </w:r>
      <w:r w:rsidRPr="00D13D2B">
        <w:rPr>
          <w:i/>
          <w:iCs/>
          <w:sz w:val="22"/>
          <w:szCs w:val="22"/>
        </w:rPr>
        <w:t xml:space="preserve">s the official framework </w:t>
      </w:r>
      <w:r w:rsidR="009A660C">
        <w:rPr>
          <w:i/>
          <w:iCs/>
          <w:sz w:val="22"/>
          <w:szCs w:val="22"/>
        </w:rPr>
        <w:t>for</w:t>
      </w:r>
      <w:r w:rsidRPr="00D13D2B">
        <w:rPr>
          <w:i/>
          <w:iCs/>
          <w:sz w:val="22"/>
          <w:szCs w:val="22"/>
        </w:rPr>
        <w:t xml:space="preserve"> candidate</w:t>
      </w:r>
      <w:r w:rsidR="009A660C">
        <w:rPr>
          <w:i/>
          <w:iCs/>
          <w:sz w:val="22"/>
          <w:szCs w:val="22"/>
        </w:rPr>
        <w:t>s</w:t>
      </w:r>
      <w:r w:rsidRPr="00D13D2B">
        <w:rPr>
          <w:i/>
          <w:iCs/>
          <w:sz w:val="22"/>
          <w:szCs w:val="22"/>
        </w:rPr>
        <w:t xml:space="preserve"> wishing to submit a complete project within the framework of the PRCM/WACA/ResIP Call for Projects. The italicized instructions (including this one) provide guidelines to guide you through writing each section. They must be deleted in the final version sent to the PRCM.</w:t>
      </w:r>
    </w:p>
    <w:p w14:paraId="1DFEC014" w14:textId="7E2C256D" w:rsidR="000746B7" w:rsidRPr="00143264" w:rsidRDefault="00331385" w:rsidP="00155FB7">
      <w:pPr>
        <w:pStyle w:val="Titre1"/>
        <w:jc w:val="both"/>
      </w:pPr>
      <w:r w:rsidRPr="00F90281">
        <w:t>🟦 I. GENERAL INFORMATION ON THE PROJECT</w:t>
      </w:r>
    </w:p>
    <w:p w14:paraId="511B7CC8" w14:textId="0412BFF3" w:rsidR="000746B7" w:rsidRPr="00143264" w:rsidRDefault="00F90281" w:rsidP="00155FB7">
      <w:pPr>
        <w:jc w:val="both"/>
        <w:rPr>
          <w:i/>
          <w:iCs/>
        </w:rPr>
      </w:pPr>
      <w:r w:rsidRPr="00574633">
        <w:rPr>
          <w:i/>
          <w:iCs/>
        </w:rPr>
        <w:t xml:space="preserve">The purpose of this section is to present basic information about the project and the lead organization. It </w:t>
      </w:r>
      <w:r w:rsidR="009A660C">
        <w:rPr>
          <w:i/>
          <w:iCs/>
        </w:rPr>
        <w:t xml:space="preserve">enables verification that the project is well-aligned with the priorities of the WACA </w:t>
      </w:r>
      <w:proofErr w:type="spellStart"/>
      <w:r w:rsidR="009A660C">
        <w:rPr>
          <w:i/>
          <w:iCs/>
        </w:rPr>
        <w:t>ResIP</w:t>
      </w:r>
      <w:proofErr w:type="spellEnd"/>
      <w:r w:rsidR="009A660C">
        <w:rPr>
          <w:i/>
          <w:iCs/>
        </w:rPr>
        <w:t xml:space="preserve"> program and that the lead organization is clearly</w:t>
      </w:r>
      <w:r w:rsidRPr="00574633">
        <w:rPr>
          <w:i/>
          <w:iCs/>
        </w:rPr>
        <w:t xml:space="preserve"> identified. Each field must be filled in precisely.</w:t>
      </w:r>
    </w:p>
    <w:p w14:paraId="7DD2B00E" w14:textId="77777777" w:rsidR="00705C2B" w:rsidRPr="00143264" w:rsidRDefault="00705C2B" w:rsidP="00705C2B">
      <w:pPr>
        <w:pStyle w:val="Citationintense"/>
        <w:ind w:left="0"/>
        <w:jc w:val="both"/>
      </w:pPr>
      <w:r w:rsidRPr="00705C2B">
        <w:t>📘 Detailed instructions:</w:t>
      </w:r>
    </w:p>
    <w:p w14:paraId="16B8FB94" w14:textId="5828EFDF" w:rsidR="00705C2B" w:rsidRPr="00143264" w:rsidRDefault="00705C2B" w:rsidP="00705C2B">
      <w:pPr>
        <w:spacing w:after="0"/>
        <w:jc w:val="both"/>
        <w:rPr>
          <w:i/>
          <w:iCs/>
        </w:rPr>
      </w:pPr>
      <w:r w:rsidRPr="00705C2B">
        <w:rPr>
          <w:i/>
          <w:iCs/>
        </w:rPr>
        <w:t>• The title of the project should be clear, precise</w:t>
      </w:r>
      <w:r w:rsidR="009A660C">
        <w:rPr>
          <w:i/>
          <w:iCs/>
        </w:rPr>
        <w:t>,</w:t>
      </w:r>
      <w:r w:rsidRPr="00705C2B">
        <w:rPr>
          <w:i/>
          <w:iCs/>
        </w:rPr>
        <w:t xml:space="preserve"> and reflect the main objective of your intervention.</w:t>
      </w:r>
    </w:p>
    <w:p w14:paraId="51982538" w14:textId="77777777" w:rsidR="00705C2B" w:rsidRPr="00143264" w:rsidRDefault="00705C2B" w:rsidP="00705C2B">
      <w:pPr>
        <w:spacing w:after="0"/>
        <w:jc w:val="both"/>
        <w:rPr>
          <w:i/>
          <w:iCs/>
        </w:rPr>
      </w:pPr>
      <w:r w:rsidRPr="00705C2B">
        <w:rPr>
          <w:i/>
          <w:iCs/>
        </w:rPr>
        <w:t>• The chosen theme must correspond to the three priorities of the call. Check ONLY ONE box.</w:t>
      </w:r>
    </w:p>
    <w:p w14:paraId="54D8C7FC" w14:textId="539ACF84" w:rsidR="00705C2B" w:rsidRPr="00143264" w:rsidRDefault="00705C2B" w:rsidP="00705C2B">
      <w:pPr>
        <w:spacing w:after="0"/>
        <w:jc w:val="both"/>
        <w:rPr>
          <w:i/>
          <w:iCs/>
        </w:rPr>
      </w:pPr>
      <w:r w:rsidRPr="00705C2B">
        <w:rPr>
          <w:i/>
          <w:iCs/>
        </w:rPr>
        <w:t>•The CSO must be specified (NGO, association, EIG, etc.) and attach the corresponding legal document.</w:t>
      </w:r>
    </w:p>
    <w:p w14:paraId="1B7CE4F1" w14:textId="226167F1" w:rsidR="00705C2B" w:rsidRPr="00143264" w:rsidRDefault="00705C2B" w:rsidP="00705C2B">
      <w:pPr>
        <w:spacing w:after="0"/>
        <w:jc w:val="both"/>
        <w:rPr>
          <w:i/>
          <w:iCs/>
        </w:rPr>
      </w:pPr>
      <w:r w:rsidRPr="00705C2B">
        <w:rPr>
          <w:i/>
          <w:iCs/>
        </w:rPr>
        <w:t>• Indicate the intervention area(s) with precise geographical markers (if possible).</w:t>
      </w:r>
    </w:p>
    <w:p w14:paraId="2167B596" w14:textId="77777777" w:rsidR="00705C2B" w:rsidRPr="00143264" w:rsidRDefault="00705C2B" w:rsidP="00705C2B">
      <w:pPr>
        <w:spacing w:after="0"/>
        <w:jc w:val="both"/>
        <w:rPr>
          <w:i/>
          <w:iCs/>
        </w:rPr>
      </w:pPr>
      <w:r w:rsidRPr="00705C2B">
        <w:rPr>
          <w:i/>
          <w:iCs/>
        </w:rPr>
        <w:t>• The total amount must include the PRCM contribution and all other expected contributions.</w:t>
      </w:r>
    </w:p>
    <w:p w14:paraId="22AE12A3" w14:textId="500A694B" w:rsidR="00705C2B" w:rsidRPr="00143264" w:rsidRDefault="00705C2B" w:rsidP="00705C2B">
      <w:pPr>
        <w:spacing w:after="0"/>
        <w:jc w:val="both"/>
        <w:rPr>
          <w:i/>
          <w:iCs/>
        </w:rPr>
      </w:pPr>
      <w:r w:rsidRPr="00705C2B">
        <w:rPr>
          <w:i/>
          <w:iCs/>
        </w:rPr>
        <w:t xml:space="preserve">• If you are in a consortium, specify the roles of each member and attach a letter of commitment </w:t>
      </w:r>
      <w:r w:rsidR="003004BB">
        <w:rPr>
          <w:i/>
          <w:iCs/>
        </w:rPr>
        <w:t>signed by</w:t>
      </w:r>
      <w:r w:rsidRPr="00705C2B">
        <w:rPr>
          <w:i/>
          <w:iCs/>
        </w:rPr>
        <w:t xml:space="preserve"> the members.</w:t>
      </w:r>
    </w:p>
    <w:p w14:paraId="165CB684" w14:textId="77777777" w:rsidR="00705C2B" w:rsidRPr="00143264" w:rsidRDefault="00705C2B" w:rsidP="00155FB7">
      <w:pPr>
        <w:jc w:val="both"/>
      </w:pPr>
    </w:p>
    <w:p w14:paraId="0AC33A1D" w14:textId="496B2AEB" w:rsidR="00F90281" w:rsidRPr="00143264" w:rsidRDefault="00F90281" w:rsidP="00155FB7">
      <w:pPr>
        <w:jc w:val="both"/>
        <w:rPr>
          <w:b/>
          <w:bCs/>
          <w:i/>
          <w:iCs/>
        </w:rPr>
      </w:pPr>
      <w:r w:rsidRPr="00F90281">
        <w:rPr>
          <w:b/>
          <w:bCs/>
        </w:rPr>
        <w:t xml:space="preserve">Full title of the project </w:t>
      </w:r>
      <w:r w:rsidRPr="00F90281">
        <w:rPr>
          <w:b/>
          <w:bCs/>
          <w:i/>
          <w:iCs/>
        </w:rPr>
        <w:t>(</w:t>
      </w:r>
      <w:r w:rsidRPr="00F90281">
        <w:rPr>
          <w:i/>
          <w:iCs/>
        </w:rPr>
        <w:t>To be completed by the applicant)</w:t>
      </w:r>
    </w:p>
    <w:p w14:paraId="268EE35E" w14:textId="77777777" w:rsidR="000746B7" w:rsidRPr="00143264" w:rsidRDefault="00331385" w:rsidP="00155FB7">
      <w:pPr>
        <w:jc w:val="both"/>
        <w:rPr>
          <w:i/>
          <w:iCs/>
        </w:rPr>
      </w:pPr>
      <w:r w:rsidRPr="00574633">
        <w:rPr>
          <w:i/>
          <w:iCs/>
        </w:rPr>
        <w:t>📌 Please fill in the table below with the requested information:</w:t>
      </w:r>
    </w:p>
    <w:tbl>
      <w:tblPr>
        <w:tblStyle w:val="Grilledutableau"/>
        <w:tblW w:w="0" w:type="auto"/>
        <w:tblLook w:val="04A0" w:firstRow="1" w:lastRow="0" w:firstColumn="1" w:lastColumn="0" w:noHBand="0" w:noVBand="1"/>
      </w:tblPr>
      <w:tblGrid>
        <w:gridCol w:w="4315"/>
        <w:gridCol w:w="4315"/>
      </w:tblGrid>
      <w:tr w:rsidR="000746B7" w:rsidRPr="000736B3" w14:paraId="10CDBCB1" w14:textId="77777777">
        <w:tc>
          <w:tcPr>
            <w:tcW w:w="4320" w:type="dxa"/>
          </w:tcPr>
          <w:p w14:paraId="50453DC8" w14:textId="5C086666" w:rsidR="00F90281" w:rsidRPr="00143264" w:rsidRDefault="00331385" w:rsidP="00155FB7">
            <w:pPr>
              <w:jc w:val="both"/>
            </w:pPr>
            <w:r w:rsidRPr="00F90281">
              <w:rPr>
                <w:b/>
                <w:bCs/>
              </w:rPr>
              <w:t>Main theme of the call for projects</w:t>
            </w:r>
            <w:r w:rsidRPr="00F90281">
              <w:t xml:space="preserve"> (</w:t>
            </w:r>
            <w:r w:rsidRPr="00F90281">
              <w:rPr>
                <w:i/>
                <w:iCs/>
              </w:rPr>
              <w:t>tick only one):</w:t>
            </w:r>
            <w:r w:rsidR="00FA18D2" w:rsidRPr="00F90281">
              <w:t xml:space="preserve"> </w:t>
            </w:r>
          </w:p>
          <w:p w14:paraId="7440B96C" w14:textId="77777777" w:rsidR="005B4093" w:rsidRPr="00143264" w:rsidRDefault="00331385" w:rsidP="00155FB7">
            <w:pPr>
              <w:jc w:val="both"/>
            </w:pPr>
            <w:r w:rsidRPr="00F90281">
              <w:br/>
              <w:t>☐ Ecosystem Restoration &amp; Conservation</w:t>
            </w:r>
          </w:p>
          <w:p w14:paraId="3CB3BC5E" w14:textId="7B7FE352" w:rsidR="000746B7" w:rsidRPr="00143264" w:rsidRDefault="00331385" w:rsidP="00155FB7">
            <w:pPr>
              <w:jc w:val="both"/>
            </w:pPr>
            <w:r w:rsidRPr="00F90281">
              <w:t>☐ Local Governance &amp; Citizen☐ Mobilization Innovations for Socio-Economic Resilience</w:t>
            </w:r>
          </w:p>
        </w:tc>
        <w:tc>
          <w:tcPr>
            <w:tcW w:w="4320" w:type="dxa"/>
          </w:tcPr>
          <w:p w14:paraId="564E317F" w14:textId="77777777" w:rsidR="000746B7" w:rsidRPr="00143264" w:rsidRDefault="00331385" w:rsidP="00155FB7">
            <w:pPr>
              <w:jc w:val="both"/>
              <w:rPr>
                <w:i/>
                <w:iCs/>
              </w:rPr>
            </w:pPr>
            <w:r w:rsidRPr="00F90281">
              <w:rPr>
                <w:i/>
                <w:iCs/>
              </w:rPr>
              <w:t>To be completed by the candidate</w:t>
            </w:r>
          </w:p>
        </w:tc>
      </w:tr>
      <w:tr w:rsidR="000746B7" w:rsidRPr="000736B3" w14:paraId="26804B97" w14:textId="77777777">
        <w:tc>
          <w:tcPr>
            <w:tcW w:w="4320" w:type="dxa"/>
          </w:tcPr>
          <w:p w14:paraId="3FCC86D3" w14:textId="1FD42CB3" w:rsidR="000746B7" w:rsidRPr="00F90281" w:rsidRDefault="00331385" w:rsidP="00155FB7">
            <w:pPr>
              <w:jc w:val="both"/>
              <w:rPr>
                <w:lang w:val="fr-FR"/>
              </w:rPr>
            </w:pPr>
            <w:r w:rsidRPr="00F90281">
              <w:rPr>
                <w:b/>
                <w:bCs/>
              </w:rPr>
              <w:lastRenderedPageBreak/>
              <w:t xml:space="preserve">Candidate's full name </w:t>
            </w:r>
          </w:p>
        </w:tc>
        <w:tc>
          <w:tcPr>
            <w:tcW w:w="4320" w:type="dxa"/>
          </w:tcPr>
          <w:p w14:paraId="245D3328" w14:textId="77777777" w:rsidR="000746B7" w:rsidRPr="00143264" w:rsidRDefault="00331385" w:rsidP="00155FB7">
            <w:pPr>
              <w:jc w:val="both"/>
              <w:rPr>
                <w:i/>
                <w:iCs/>
              </w:rPr>
            </w:pPr>
            <w:r w:rsidRPr="00F90281">
              <w:rPr>
                <w:i/>
                <w:iCs/>
              </w:rPr>
              <w:t>To be completed by the candidate</w:t>
            </w:r>
          </w:p>
        </w:tc>
      </w:tr>
      <w:tr w:rsidR="000746B7" w:rsidRPr="000736B3" w14:paraId="09CB9AEE" w14:textId="77777777">
        <w:tc>
          <w:tcPr>
            <w:tcW w:w="4320" w:type="dxa"/>
          </w:tcPr>
          <w:p w14:paraId="22E0B354" w14:textId="77777777" w:rsidR="000746B7" w:rsidRPr="00143264" w:rsidRDefault="00331385" w:rsidP="00155FB7">
            <w:pPr>
              <w:jc w:val="both"/>
            </w:pPr>
            <w:r w:rsidRPr="00F90281">
              <w:rPr>
                <w:b/>
                <w:bCs/>
              </w:rPr>
              <w:t xml:space="preserve">Legal status of the candidate </w:t>
            </w:r>
            <w:r w:rsidRPr="00F90281">
              <w:rPr>
                <w:i/>
                <w:iCs/>
              </w:rPr>
              <w:t>(attach proof in appendix)</w:t>
            </w:r>
          </w:p>
        </w:tc>
        <w:tc>
          <w:tcPr>
            <w:tcW w:w="4320" w:type="dxa"/>
          </w:tcPr>
          <w:p w14:paraId="214C5E55" w14:textId="77777777" w:rsidR="000746B7" w:rsidRPr="00143264" w:rsidRDefault="00331385" w:rsidP="00155FB7">
            <w:pPr>
              <w:jc w:val="both"/>
              <w:rPr>
                <w:i/>
                <w:iCs/>
              </w:rPr>
            </w:pPr>
            <w:r w:rsidRPr="00F90281">
              <w:rPr>
                <w:i/>
                <w:iCs/>
              </w:rPr>
              <w:t>To be completed by the candidate</w:t>
            </w:r>
          </w:p>
        </w:tc>
      </w:tr>
      <w:tr w:rsidR="000746B7" w:rsidRPr="000736B3" w14:paraId="0ECE5FC0" w14:textId="77777777">
        <w:tc>
          <w:tcPr>
            <w:tcW w:w="4320" w:type="dxa"/>
          </w:tcPr>
          <w:p w14:paraId="63034AD7" w14:textId="77777777" w:rsidR="000746B7" w:rsidRPr="00F90281" w:rsidRDefault="00331385" w:rsidP="00155FB7">
            <w:pPr>
              <w:jc w:val="both"/>
              <w:rPr>
                <w:b/>
                <w:bCs/>
                <w:lang w:val="fr-FR"/>
              </w:rPr>
            </w:pPr>
            <w:r w:rsidRPr="00F90281">
              <w:rPr>
                <w:b/>
                <w:bCs/>
              </w:rPr>
              <w:t>Country of intervention</w:t>
            </w:r>
          </w:p>
        </w:tc>
        <w:tc>
          <w:tcPr>
            <w:tcW w:w="4320" w:type="dxa"/>
          </w:tcPr>
          <w:p w14:paraId="105B04A8" w14:textId="77777777" w:rsidR="000746B7" w:rsidRPr="00143264" w:rsidRDefault="00331385" w:rsidP="00155FB7">
            <w:pPr>
              <w:jc w:val="both"/>
              <w:rPr>
                <w:i/>
                <w:iCs/>
              </w:rPr>
            </w:pPr>
            <w:r w:rsidRPr="00F90281">
              <w:rPr>
                <w:i/>
                <w:iCs/>
              </w:rPr>
              <w:t>To be completed by the candidate</w:t>
            </w:r>
          </w:p>
        </w:tc>
      </w:tr>
      <w:tr w:rsidR="000746B7" w:rsidRPr="000736B3" w14:paraId="0017708F" w14:textId="77777777">
        <w:tc>
          <w:tcPr>
            <w:tcW w:w="4320" w:type="dxa"/>
          </w:tcPr>
          <w:p w14:paraId="1E3BFD80" w14:textId="77777777" w:rsidR="000746B7" w:rsidRPr="00143264" w:rsidRDefault="00331385" w:rsidP="00155FB7">
            <w:pPr>
              <w:jc w:val="both"/>
            </w:pPr>
            <w:r w:rsidRPr="00F90281">
              <w:rPr>
                <w:b/>
                <w:bCs/>
              </w:rPr>
              <w:t xml:space="preserve">Precise geographical area </w:t>
            </w:r>
            <w:r w:rsidRPr="00F90281">
              <w:rPr>
                <w:i/>
                <w:iCs/>
              </w:rPr>
              <w:t>(describe the locality, municipality, region concerned)</w:t>
            </w:r>
          </w:p>
        </w:tc>
        <w:tc>
          <w:tcPr>
            <w:tcW w:w="4320" w:type="dxa"/>
          </w:tcPr>
          <w:p w14:paraId="7E78EC8A" w14:textId="77777777" w:rsidR="000746B7" w:rsidRPr="00143264" w:rsidRDefault="00331385" w:rsidP="00155FB7">
            <w:pPr>
              <w:jc w:val="both"/>
              <w:rPr>
                <w:i/>
                <w:iCs/>
              </w:rPr>
            </w:pPr>
            <w:r w:rsidRPr="00F90281">
              <w:rPr>
                <w:i/>
                <w:iCs/>
              </w:rPr>
              <w:t>To be completed by the candidate</w:t>
            </w:r>
          </w:p>
        </w:tc>
      </w:tr>
      <w:tr w:rsidR="000746B7" w:rsidRPr="000736B3" w14:paraId="60558DBF" w14:textId="77777777">
        <w:tc>
          <w:tcPr>
            <w:tcW w:w="4320" w:type="dxa"/>
          </w:tcPr>
          <w:p w14:paraId="1E45CC2F" w14:textId="77777777" w:rsidR="000746B7" w:rsidRPr="00143264" w:rsidRDefault="00331385" w:rsidP="00155FB7">
            <w:pPr>
              <w:jc w:val="both"/>
            </w:pPr>
            <w:r w:rsidRPr="00F90281">
              <w:rPr>
                <w:b/>
                <w:bCs/>
              </w:rPr>
              <w:t xml:space="preserve">Estimated duration of the project </w:t>
            </w:r>
            <w:r w:rsidRPr="00F90281">
              <w:rPr>
                <w:i/>
                <w:iCs/>
              </w:rPr>
              <w:t>(in months)</w:t>
            </w:r>
          </w:p>
        </w:tc>
        <w:tc>
          <w:tcPr>
            <w:tcW w:w="4320" w:type="dxa"/>
          </w:tcPr>
          <w:p w14:paraId="76B6DD52" w14:textId="77777777" w:rsidR="000746B7" w:rsidRPr="00143264" w:rsidRDefault="00331385" w:rsidP="00155FB7">
            <w:pPr>
              <w:jc w:val="both"/>
              <w:rPr>
                <w:i/>
                <w:iCs/>
              </w:rPr>
            </w:pPr>
            <w:r w:rsidRPr="00F90281">
              <w:rPr>
                <w:i/>
                <w:iCs/>
              </w:rPr>
              <w:t>To be completed by the candidate</w:t>
            </w:r>
          </w:p>
        </w:tc>
      </w:tr>
      <w:tr w:rsidR="000746B7" w:rsidRPr="000736B3" w14:paraId="29720643" w14:textId="77777777">
        <w:tc>
          <w:tcPr>
            <w:tcW w:w="4320" w:type="dxa"/>
          </w:tcPr>
          <w:p w14:paraId="4D2BB513" w14:textId="77777777" w:rsidR="000746B7" w:rsidRPr="00143264" w:rsidRDefault="00331385" w:rsidP="00155FB7">
            <w:pPr>
              <w:jc w:val="both"/>
            </w:pPr>
            <w:r w:rsidRPr="00F90281">
              <w:rPr>
                <w:b/>
                <w:bCs/>
              </w:rPr>
              <w:t xml:space="preserve">Total amount of the project </w:t>
            </w:r>
            <w:r w:rsidRPr="00F90281">
              <w:rPr>
                <w:i/>
                <w:iCs/>
              </w:rPr>
              <w:t>(in euros)</w:t>
            </w:r>
          </w:p>
        </w:tc>
        <w:tc>
          <w:tcPr>
            <w:tcW w:w="4320" w:type="dxa"/>
          </w:tcPr>
          <w:p w14:paraId="20CE67D4" w14:textId="77777777" w:rsidR="000746B7" w:rsidRPr="00143264" w:rsidRDefault="00331385" w:rsidP="00155FB7">
            <w:pPr>
              <w:jc w:val="both"/>
              <w:rPr>
                <w:i/>
                <w:iCs/>
              </w:rPr>
            </w:pPr>
            <w:r w:rsidRPr="00F90281">
              <w:rPr>
                <w:i/>
                <w:iCs/>
              </w:rPr>
              <w:t>To be completed by the candidate</w:t>
            </w:r>
          </w:p>
        </w:tc>
      </w:tr>
      <w:tr w:rsidR="000746B7" w:rsidRPr="000736B3" w14:paraId="024C7B26" w14:textId="77777777">
        <w:tc>
          <w:tcPr>
            <w:tcW w:w="4320" w:type="dxa"/>
          </w:tcPr>
          <w:p w14:paraId="1666EE71" w14:textId="77777777" w:rsidR="000746B7" w:rsidRPr="00143264" w:rsidRDefault="00331385" w:rsidP="00155FB7">
            <w:pPr>
              <w:jc w:val="both"/>
            </w:pPr>
            <w:r w:rsidRPr="00F90281">
              <w:rPr>
                <w:b/>
                <w:bCs/>
              </w:rPr>
              <w:t>Amount requested from the PRCM</w:t>
            </w:r>
            <w:r w:rsidRPr="00F90281">
              <w:t xml:space="preserve"> (</w:t>
            </w:r>
            <w:r w:rsidRPr="00F90281">
              <w:rPr>
                <w:i/>
                <w:iCs/>
              </w:rPr>
              <w:t>in euros)</w:t>
            </w:r>
          </w:p>
        </w:tc>
        <w:tc>
          <w:tcPr>
            <w:tcW w:w="4320" w:type="dxa"/>
          </w:tcPr>
          <w:p w14:paraId="05D61E13" w14:textId="77777777" w:rsidR="000746B7" w:rsidRPr="00143264" w:rsidRDefault="00331385" w:rsidP="00155FB7">
            <w:pPr>
              <w:jc w:val="both"/>
              <w:rPr>
                <w:i/>
                <w:iCs/>
              </w:rPr>
            </w:pPr>
            <w:r w:rsidRPr="00F90281">
              <w:rPr>
                <w:i/>
                <w:iCs/>
              </w:rPr>
              <w:t>To be completed by the candidate</w:t>
            </w:r>
          </w:p>
        </w:tc>
      </w:tr>
      <w:tr w:rsidR="000746B7" w:rsidRPr="000736B3" w14:paraId="6EDAFE38" w14:textId="77777777">
        <w:tc>
          <w:tcPr>
            <w:tcW w:w="4320" w:type="dxa"/>
          </w:tcPr>
          <w:p w14:paraId="4B1D15C7" w14:textId="77777777" w:rsidR="000746B7" w:rsidRPr="00143264" w:rsidRDefault="00331385" w:rsidP="00155FB7">
            <w:pPr>
              <w:jc w:val="both"/>
            </w:pPr>
            <w:r w:rsidRPr="00F90281">
              <w:rPr>
                <w:b/>
                <w:bCs/>
              </w:rPr>
              <w:t xml:space="preserve">Amount and sources of co-financing </w:t>
            </w:r>
            <w:r w:rsidRPr="00F90281">
              <w:rPr>
                <w:i/>
                <w:iCs/>
              </w:rPr>
              <w:t>(in-kind and/or cash, indicate whether confirmed or not)</w:t>
            </w:r>
          </w:p>
        </w:tc>
        <w:tc>
          <w:tcPr>
            <w:tcW w:w="4320" w:type="dxa"/>
          </w:tcPr>
          <w:p w14:paraId="35D95D3F" w14:textId="77777777" w:rsidR="000746B7" w:rsidRPr="00143264" w:rsidRDefault="00331385" w:rsidP="00155FB7">
            <w:pPr>
              <w:jc w:val="both"/>
              <w:rPr>
                <w:i/>
                <w:iCs/>
              </w:rPr>
            </w:pPr>
            <w:r w:rsidRPr="00F90281">
              <w:rPr>
                <w:i/>
                <w:iCs/>
              </w:rPr>
              <w:t>To be completed by the candidate</w:t>
            </w:r>
          </w:p>
        </w:tc>
      </w:tr>
      <w:tr w:rsidR="000746B7" w:rsidRPr="000736B3" w14:paraId="6FA0E3E8" w14:textId="77777777">
        <w:tc>
          <w:tcPr>
            <w:tcW w:w="4320" w:type="dxa"/>
          </w:tcPr>
          <w:p w14:paraId="62579D5B" w14:textId="77777777" w:rsidR="000746B7" w:rsidRPr="00143264" w:rsidRDefault="00331385" w:rsidP="00155FB7">
            <w:pPr>
              <w:jc w:val="both"/>
            </w:pPr>
            <w:r w:rsidRPr="00F90281">
              <w:rPr>
                <w:b/>
                <w:bCs/>
              </w:rPr>
              <w:t>Other members of the consortium</w:t>
            </w:r>
            <w:r w:rsidRPr="00F90281">
              <w:t xml:space="preserve"> (</w:t>
            </w:r>
            <w:r w:rsidRPr="00F90281">
              <w:rPr>
                <w:i/>
                <w:iCs/>
              </w:rPr>
              <w:t>if there is a consortium)</w:t>
            </w:r>
          </w:p>
        </w:tc>
        <w:tc>
          <w:tcPr>
            <w:tcW w:w="4320" w:type="dxa"/>
          </w:tcPr>
          <w:p w14:paraId="563CA55E" w14:textId="77777777" w:rsidR="000746B7" w:rsidRPr="00143264" w:rsidRDefault="00331385" w:rsidP="00155FB7">
            <w:pPr>
              <w:jc w:val="both"/>
              <w:rPr>
                <w:i/>
                <w:iCs/>
              </w:rPr>
            </w:pPr>
            <w:r w:rsidRPr="00F90281">
              <w:rPr>
                <w:i/>
                <w:iCs/>
              </w:rPr>
              <w:t>To be completed by the candidate</w:t>
            </w:r>
          </w:p>
        </w:tc>
      </w:tr>
    </w:tbl>
    <w:p w14:paraId="5453C714" w14:textId="77777777" w:rsidR="000746B7" w:rsidRPr="00143264" w:rsidRDefault="00331385" w:rsidP="00155FB7">
      <w:pPr>
        <w:pStyle w:val="Titre1"/>
        <w:jc w:val="both"/>
      </w:pPr>
      <w:r>
        <w:t>🟦 II. IDENTITY OF THE HOLDER AND STRUCTURE OF THE CONSORTIUM (if applicable)</w:t>
      </w:r>
    </w:p>
    <w:p w14:paraId="2D092AB3" w14:textId="6813A552" w:rsidR="000746B7" w:rsidRPr="00143264" w:rsidRDefault="00F90281" w:rsidP="00155FB7">
      <w:pPr>
        <w:jc w:val="both"/>
        <w:rPr>
          <w:i/>
          <w:iCs/>
        </w:rPr>
      </w:pPr>
      <w:r w:rsidRPr="00331385">
        <w:rPr>
          <w:i/>
          <w:iCs/>
        </w:rPr>
        <w:t>This section aims to demonstrate that the applicant entity or consortium has the legal, technical</w:t>
      </w:r>
      <w:r w:rsidR="009A660C">
        <w:rPr>
          <w:i/>
          <w:iCs/>
        </w:rPr>
        <w:t>,</w:t>
      </w:r>
      <w:r w:rsidRPr="00331385">
        <w:rPr>
          <w:i/>
          <w:iCs/>
        </w:rPr>
        <w:t xml:space="preserve"> and </w:t>
      </w:r>
      <w:r w:rsidR="009A660C" w:rsidRPr="00331385">
        <w:rPr>
          <w:i/>
          <w:iCs/>
        </w:rPr>
        <w:t>organizational</w:t>
      </w:r>
      <w:r w:rsidRPr="00331385">
        <w:rPr>
          <w:i/>
          <w:iCs/>
        </w:rPr>
        <w:t xml:space="preserve"> capacity to carry out the proposed project.</w:t>
      </w:r>
    </w:p>
    <w:p w14:paraId="53B7E619" w14:textId="065BE15F" w:rsidR="000746B7" w:rsidRPr="00143264" w:rsidRDefault="00331385" w:rsidP="00F90281">
      <w:pPr>
        <w:pStyle w:val="Citationintense"/>
        <w:ind w:left="0"/>
        <w:jc w:val="both"/>
      </w:pPr>
      <w:r>
        <w:rPr>
          <w:rFonts w:ascii="Segoe UI Emoji" w:hAnsi="Segoe UI Emoji" w:cs="Segoe UI Emoji"/>
        </w:rPr>
        <w:t>📘</w:t>
      </w:r>
      <w:r>
        <w:t xml:space="preserve"> Detailed instructions:</w:t>
      </w:r>
    </w:p>
    <w:p w14:paraId="51033B73" w14:textId="77777777" w:rsidR="000746B7" w:rsidRPr="00143264" w:rsidRDefault="00331385" w:rsidP="00F90281">
      <w:pPr>
        <w:spacing w:after="0"/>
        <w:jc w:val="both"/>
        <w:rPr>
          <w:i/>
          <w:iCs/>
        </w:rPr>
      </w:pPr>
      <w:r w:rsidRPr="00D13D2B">
        <w:rPr>
          <w:i/>
          <w:iCs/>
        </w:rPr>
        <w:t>• Briefly describe your structure, its mandate, its areas of intervention, and its presence in the project area.</w:t>
      </w:r>
    </w:p>
    <w:p w14:paraId="040C99FA" w14:textId="19B962BC" w:rsidR="000746B7" w:rsidRPr="00143264" w:rsidRDefault="00331385" w:rsidP="00F90281">
      <w:pPr>
        <w:spacing w:after="0"/>
        <w:jc w:val="both"/>
        <w:rPr>
          <w:i/>
          <w:iCs/>
        </w:rPr>
      </w:pPr>
      <w:r w:rsidRPr="00D13D2B">
        <w:rPr>
          <w:i/>
          <w:iCs/>
        </w:rPr>
        <w:t>• Attach your legal status, registration number</w:t>
      </w:r>
      <w:r w:rsidR="009A660C">
        <w:rPr>
          <w:i/>
          <w:iCs/>
        </w:rPr>
        <w:t>,</w:t>
      </w:r>
      <w:r w:rsidRPr="00D13D2B">
        <w:rPr>
          <w:i/>
          <w:iCs/>
        </w:rPr>
        <w:t xml:space="preserve"> and any official documents.</w:t>
      </w:r>
    </w:p>
    <w:p w14:paraId="727BAE36" w14:textId="59B0D2AD" w:rsidR="000746B7" w:rsidRPr="00143264" w:rsidRDefault="00331385" w:rsidP="00F90281">
      <w:pPr>
        <w:spacing w:after="0"/>
        <w:jc w:val="both"/>
        <w:rPr>
          <w:i/>
          <w:iCs/>
        </w:rPr>
      </w:pPr>
      <w:r w:rsidRPr="00D13D2B">
        <w:rPr>
          <w:i/>
          <w:iCs/>
        </w:rPr>
        <w:t>• If you are submitting on behalf of a consortium, specify the roles of each member, attach a signed letter of commitment</w:t>
      </w:r>
      <w:r w:rsidR="009A660C">
        <w:rPr>
          <w:i/>
          <w:iCs/>
        </w:rPr>
        <w:t>,</w:t>
      </w:r>
      <w:r w:rsidRPr="00D13D2B">
        <w:rPr>
          <w:i/>
          <w:iCs/>
        </w:rPr>
        <w:t xml:space="preserve"> and complete the following fields </w:t>
      </w:r>
      <w:r w:rsidR="009A660C">
        <w:rPr>
          <w:i/>
          <w:iCs/>
        </w:rPr>
        <w:t>for</w:t>
      </w:r>
      <w:r w:rsidRPr="00D13D2B">
        <w:rPr>
          <w:i/>
          <w:iCs/>
        </w:rPr>
        <w:t xml:space="preserve"> the consortium in the following table.</w:t>
      </w:r>
    </w:p>
    <w:p w14:paraId="0DD735C5" w14:textId="2923A062" w:rsidR="000746B7" w:rsidRPr="00143264" w:rsidRDefault="000746B7" w:rsidP="00574633">
      <w:pPr>
        <w:spacing w:after="0"/>
        <w:jc w:val="both"/>
        <w:rPr>
          <w:i/>
          <w:iCs/>
        </w:rPr>
      </w:pPr>
    </w:p>
    <w:tbl>
      <w:tblPr>
        <w:tblStyle w:val="Grilledutableau"/>
        <w:tblW w:w="0" w:type="auto"/>
        <w:tblLook w:val="04A0" w:firstRow="1" w:lastRow="0" w:firstColumn="1" w:lastColumn="0" w:noHBand="0" w:noVBand="1"/>
      </w:tblPr>
      <w:tblGrid>
        <w:gridCol w:w="4316"/>
        <w:gridCol w:w="4314"/>
      </w:tblGrid>
      <w:tr w:rsidR="000746B7" w:rsidRPr="00FA18D2" w14:paraId="29933F9E" w14:textId="77777777">
        <w:tc>
          <w:tcPr>
            <w:tcW w:w="4320" w:type="dxa"/>
          </w:tcPr>
          <w:p w14:paraId="14368C7A" w14:textId="77777777" w:rsidR="000746B7" w:rsidRPr="00143264" w:rsidRDefault="00331385" w:rsidP="00155FB7">
            <w:pPr>
              <w:jc w:val="both"/>
              <w:rPr>
                <w:b/>
                <w:bCs/>
              </w:rPr>
            </w:pPr>
            <w:r w:rsidRPr="00FA18D2">
              <w:rPr>
                <w:b/>
                <w:bCs/>
              </w:rPr>
              <w:t>Name of the supporting organization</w:t>
            </w:r>
          </w:p>
        </w:tc>
        <w:tc>
          <w:tcPr>
            <w:tcW w:w="4320" w:type="dxa"/>
          </w:tcPr>
          <w:p w14:paraId="0BB7E9DB" w14:textId="77777777" w:rsidR="000746B7" w:rsidRPr="00143264" w:rsidRDefault="00331385" w:rsidP="00155FB7">
            <w:pPr>
              <w:jc w:val="both"/>
              <w:rPr>
                <w:i/>
                <w:iCs/>
              </w:rPr>
            </w:pPr>
            <w:r w:rsidRPr="00FA18D2">
              <w:rPr>
                <w:i/>
                <w:iCs/>
              </w:rPr>
              <w:t>To be completed by the candidate</w:t>
            </w:r>
          </w:p>
        </w:tc>
      </w:tr>
      <w:tr w:rsidR="000746B7" w:rsidRPr="00FA18D2" w14:paraId="6629502C" w14:textId="77777777">
        <w:tc>
          <w:tcPr>
            <w:tcW w:w="4320" w:type="dxa"/>
          </w:tcPr>
          <w:p w14:paraId="10FC47B3" w14:textId="77777777" w:rsidR="000746B7" w:rsidRPr="00143264" w:rsidRDefault="00331385" w:rsidP="00155FB7">
            <w:pPr>
              <w:jc w:val="both"/>
            </w:pPr>
            <w:r w:rsidRPr="00FA18D2">
              <w:rPr>
                <w:b/>
                <w:bCs/>
              </w:rPr>
              <w:t>Brief presentation of the organisation</w:t>
            </w:r>
            <w:r w:rsidRPr="00FA18D2">
              <w:t xml:space="preserve"> (missions, areas of action, territorial anchoring, national/regional recognition)</w:t>
            </w:r>
          </w:p>
        </w:tc>
        <w:tc>
          <w:tcPr>
            <w:tcW w:w="4320" w:type="dxa"/>
          </w:tcPr>
          <w:p w14:paraId="39575374" w14:textId="77777777" w:rsidR="000746B7" w:rsidRPr="00143264" w:rsidRDefault="00331385" w:rsidP="00155FB7">
            <w:pPr>
              <w:jc w:val="both"/>
              <w:rPr>
                <w:i/>
                <w:iCs/>
              </w:rPr>
            </w:pPr>
            <w:r w:rsidRPr="00FA18D2">
              <w:rPr>
                <w:i/>
                <w:iCs/>
              </w:rPr>
              <w:t>To be completed by the candidate</w:t>
            </w:r>
          </w:p>
        </w:tc>
      </w:tr>
      <w:tr w:rsidR="000746B7" w:rsidRPr="00FA18D2" w14:paraId="475E9F9C" w14:textId="77777777">
        <w:tc>
          <w:tcPr>
            <w:tcW w:w="4320" w:type="dxa"/>
          </w:tcPr>
          <w:p w14:paraId="59F58951" w14:textId="77777777" w:rsidR="000746B7" w:rsidRPr="00FA18D2" w:rsidRDefault="00331385" w:rsidP="00155FB7">
            <w:pPr>
              <w:jc w:val="both"/>
              <w:rPr>
                <w:b/>
                <w:bCs/>
                <w:lang w:val="fr-FR"/>
              </w:rPr>
            </w:pPr>
            <w:r w:rsidRPr="00FA18D2">
              <w:rPr>
                <w:b/>
                <w:bCs/>
              </w:rPr>
              <w:t>Year of creation</w:t>
            </w:r>
          </w:p>
        </w:tc>
        <w:tc>
          <w:tcPr>
            <w:tcW w:w="4320" w:type="dxa"/>
          </w:tcPr>
          <w:p w14:paraId="3BA1C064" w14:textId="77777777" w:rsidR="000746B7" w:rsidRPr="00143264" w:rsidRDefault="00331385" w:rsidP="00155FB7">
            <w:pPr>
              <w:jc w:val="both"/>
              <w:rPr>
                <w:i/>
                <w:iCs/>
              </w:rPr>
            </w:pPr>
            <w:r w:rsidRPr="00FA18D2">
              <w:rPr>
                <w:i/>
                <w:iCs/>
              </w:rPr>
              <w:t>To be completed by the candidate</w:t>
            </w:r>
          </w:p>
        </w:tc>
      </w:tr>
      <w:tr w:rsidR="000746B7" w:rsidRPr="00FA18D2" w14:paraId="09583BFE" w14:textId="77777777">
        <w:tc>
          <w:tcPr>
            <w:tcW w:w="4320" w:type="dxa"/>
          </w:tcPr>
          <w:p w14:paraId="141DF100" w14:textId="77777777" w:rsidR="000746B7" w:rsidRPr="00143264" w:rsidRDefault="00331385" w:rsidP="00155FB7">
            <w:pPr>
              <w:jc w:val="both"/>
            </w:pPr>
            <w:r w:rsidRPr="00FA18D2">
              <w:rPr>
                <w:b/>
                <w:bCs/>
              </w:rPr>
              <w:t>Full contact details</w:t>
            </w:r>
            <w:r w:rsidRPr="00FA18D2">
              <w:t xml:space="preserve"> (address, phone, email, website)</w:t>
            </w:r>
          </w:p>
        </w:tc>
        <w:tc>
          <w:tcPr>
            <w:tcW w:w="4320" w:type="dxa"/>
          </w:tcPr>
          <w:p w14:paraId="5BB351DC" w14:textId="77777777" w:rsidR="000746B7" w:rsidRPr="00143264" w:rsidRDefault="00331385" w:rsidP="00155FB7">
            <w:pPr>
              <w:jc w:val="both"/>
              <w:rPr>
                <w:i/>
                <w:iCs/>
              </w:rPr>
            </w:pPr>
            <w:r w:rsidRPr="00FA18D2">
              <w:rPr>
                <w:i/>
                <w:iCs/>
              </w:rPr>
              <w:t>To be completed by the candidate</w:t>
            </w:r>
          </w:p>
        </w:tc>
      </w:tr>
      <w:tr w:rsidR="000746B7" w:rsidRPr="00FA18D2" w14:paraId="5AA035E8" w14:textId="77777777">
        <w:tc>
          <w:tcPr>
            <w:tcW w:w="4320" w:type="dxa"/>
          </w:tcPr>
          <w:p w14:paraId="1902354D" w14:textId="77777777" w:rsidR="000746B7" w:rsidRPr="00143264" w:rsidRDefault="00331385" w:rsidP="00155FB7">
            <w:pPr>
              <w:jc w:val="both"/>
              <w:rPr>
                <w:b/>
                <w:bCs/>
              </w:rPr>
            </w:pPr>
            <w:r w:rsidRPr="00FA18D2">
              <w:rPr>
                <w:b/>
                <w:bCs/>
              </w:rPr>
              <w:t>Name, position and contacts of the person responsible for the project</w:t>
            </w:r>
          </w:p>
        </w:tc>
        <w:tc>
          <w:tcPr>
            <w:tcW w:w="4320" w:type="dxa"/>
          </w:tcPr>
          <w:p w14:paraId="04C37D07" w14:textId="77777777" w:rsidR="000746B7" w:rsidRPr="00143264" w:rsidRDefault="00331385" w:rsidP="00155FB7">
            <w:pPr>
              <w:jc w:val="both"/>
              <w:rPr>
                <w:i/>
                <w:iCs/>
              </w:rPr>
            </w:pPr>
            <w:r w:rsidRPr="00FA18D2">
              <w:rPr>
                <w:i/>
                <w:iCs/>
              </w:rPr>
              <w:t>To be completed by the candidate</w:t>
            </w:r>
          </w:p>
        </w:tc>
      </w:tr>
      <w:tr w:rsidR="00446044" w:rsidRPr="00FA18D2" w14:paraId="69086A7E" w14:textId="77777777" w:rsidTr="005B4093">
        <w:trPr>
          <w:trHeight w:val="1997"/>
        </w:trPr>
        <w:tc>
          <w:tcPr>
            <w:tcW w:w="4320" w:type="dxa"/>
          </w:tcPr>
          <w:p w14:paraId="115AA2E8" w14:textId="14B4F3AF" w:rsidR="00446044" w:rsidRPr="00143264" w:rsidRDefault="00446044" w:rsidP="00155FB7">
            <w:pPr>
              <w:jc w:val="both"/>
              <w:rPr>
                <w:b/>
                <w:bCs/>
              </w:rPr>
            </w:pPr>
            <w:r w:rsidRPr="00FA18D2">
              <w:rPr>
                <w:b/>
                <w:bCs/>
              </w:rPr>
              <w:lastRenderedPageBreak/>
              <w:t>In the case of a Consortium:</w:t>
            </w:r>
          </w:p>
          <w:p w14:paraId="4C380EFF" w14:textId="57CD9B09" w:rsidR="00446044" w:rsidRPr="00143264" w:rsidRDefault="00446044" w:rsidP="00446044">
            <w:pPr>
              <w:jc w:val="both"/>
            </w:pPr>
            <w:r w:rsidRPr="00FA18D2">
              <w:t>• Name of the Lead Partner</w:t>
            </w:r>
          </w:p>
          <w:p w14:paraId="58284652" w14:textId="5897A23E" w:rsidR="00446044" w:rsidRPr="00143264" w:rsidRDefault="00446044" w:rsidP="00446044">
            <w:pPr>
              <w:jc w:val="both"/>
            </w:pPr>
            <w:r w:rsidRPr="00FA18D2">
              <w:t>Partner members (Name, mission, role in the project, area of intervention):</w:t>
            </w:r>
          </w:p>
          <w:p w14:paraId="1C1E9228" w14:textId="77777777" w:rsidR="00446044" w:rsidRPr="00143264" w:rsidRDefault="00446044" w:rsidP="00446044">
            <w:pPr>
              <w:jc w:val="both"/>
            </w:pPr>
            <w:r w:rsidRPr="00FA18D2">
              <w:t>• Attach the legal documents of the members and the letter of commitment of the group.</w:t>
            </w:r>
          </w:p>
          <w:p w14:paraId="464E56D9" w14:textId="2DF4D2D5" w:rsidR="00446044" w:rsidRPr="00143264" w:rsidRDefault="00446044" w:rsidP="00155FB7">
            <w:pPr>
              <w:jc w:val="both"/>
              <w:rPr>
                <w:b/>
                <w:bCs/>
              </w:rPr>
            </w:pPr>
          </w:p>
        </w:tc>
        <w:tc>
          <w:tcPr>
            <w:tcW w:w="4320" w:type="dxa"/>
          </w:tcPr>
          <w:p w14:paraId="46669900" w14:textId="41439FDE" w:rsidR="00446044" w:rsidRPr="00FA18D2" w:rsidRDefault="00446044" w:rsidP="00155FB7">
            <w:pPr>
              <w:jc w:val="both"/>
              <w:rPr>
                <w:i/>
                <w:iCs/>
                <w:lang w:val="fr-FR"/>
              </w:rPr>
            </w:pPr>
            <w:r w:rsidRPr="00FA18D2">
              <w:rPr>
                <w:i/>
                <w:iCs/>
              </w:rPr>
              <w:t xml:space="preserve">To be filled in </w:t>
            </w:r>
          </w:p>
        </w:tc>
      </w:tr>
    </w:tbl>
    <w:p w14:paraId="2CDC8E9E" w14:textId="77777777" w:rsidR="000746B7" w:rsidRPr="00705C2B" w:rsidRDefault="00331385" w:rsidP="005B4093">
      <w:pPr>
        <w:pStyle w:val="Titre1"/>
        <w:spacing w:before="360"/>
        <w:jc w:val="both"/>
        <w:rPr>
          <w:lang w:val="fr-FR"/>
        </w:rPr>
      </w:pPr>
      <w:r w:rsidRPr="00705C2B">
        <w:t>🟦 III. BACKGROUND AND RATIONALE</w:t>
      </w:r>
    </w:p>
    <w:p w14:paraId="2458142C" w14:textId="7BCF30EF" w:rsidR="000746B7" w:rsidRPr="00143264" w:rsidRDefault="00D13D2B" w:rsidP="00155FB7">
      <w:pPr>
        <w:jc w:val="both"/>
        <w:rPr>
          <w:b/>
          <w:bCs/>
          <w:i/>
          <w:iCs/>
        </w:rPr>
      </w:pPr>
      <w:r w:rsidRPr="00574633">
        <w:rPr>
          <w:b/>
          <w:bCs/>
          <w:i/>
          <w:iCs/>
        </w:rPr>
        <w:t xml:space="preserve">Objective: This section provides an understanding of the current situation </w:t>
      </w:r>
      <w:r w:rsidR="009A660C">
        <w:rPr>
          <w:b/>
          <w:bCs/>
          <w:i/>
          <w:iCs/>
        </w:rPr>
        <w:t>in the targeted area, including the ecological and socio-economic issues, as well as the existing dynamics that justify</w:t>
      </w:r>
      <w:r w:rsidRPr="00574633">
        <w:rPr>
          <w:b/>
          <w:bCs/>
          <w:i/>
          <w:iCs/>
        </w:rPr>
        <w:t xml:space="preserve"> the project.</w:t>
      </w:r>
    </w:p>
    <w:p w14:paraId="620AAE7B" w14:textId="0A2AC66F" w:rsidR="000746B7" w:rsidRPr="00143264" w:rsidRDefault="00331385" w:rsidP="00705C2B">
      <w:pPr>
        <w:pStyle w:val="Citationintense"/>
        <w:ind w:left="0"/>
        <w:jc w:val="both"/>
      </w:pPr>
      <w:r w:rsidRPr="00574633">
        <w:t>📘 Detailed instructions:</w:t>
      </w:r>
    </w:p>
    <w:p w14:paraId="4ED47DFF" w14:textId="154C2D47" w:rsidR="000746B7" w:rsidRPr="00143264" w:rsidRDefault="00331385" w:rsidP="00705C2B">
      <w:pPr>
        <w:spacing w:after="0"/>
        <w:jc w:val="both"/>
        <w:rPr>
          <w:i/>
          <w:iCs/>
        </w:rPr>
      </w:pPr>
      <w:r w:rsidRPr="00331385">
        <w:rPr>
          <w:i/>
          <w:iCs/>
        </w:rPr>
        <w:t>• Describe, if relevant, the ecological context of the area (state of ecosystems, habitat types, existing pressures).</w:t>
      </w:r>
    </w:p>
    <w:p w14:paraId="48F28D42" w14:textId="54770603" w:rsidR="000746B7" w:rsidRPr="00143264" w:rsidRDefault="00331385" w:rsidP="00705C2B">
      <w:pPr>
        <w:spacing w:after="0"/>
        <w:jc w:val="both"/>
        <w:rPr>
          <w:i/>
          <w:iCs/>
        </w:rPr>
      </w:pPr>
      <w:r w:rsidRPr="00331385">
        <w:rPr>
          <w:i/>
          <w:iCs/>
        </w:rPr>
        <w:t>• Describe, if relevant, socio-economic aspects (lifestyles, livelihoods, populations concerned).</w:t>
      </w:r>
    </w:p>
    <w:p w14:paraId="1C21ECDA" w14:textId="10EE226D" w:rsidR="000746B7" w:rsidRPr="00143264" w:rsidRDefault="00331385" w:rsidP="00705C2B">
      <w:pPr>
        <w:spacing w:after="0"/>
        <w:jc w:val="both"/>
        <w:rPr>
          <w:i/>
          <w:iCs/>
        </w:rPr>
      </w:pPr>
      <w:r w:rsidRPr="00331385">
        <w:rPr>
          <w:i/>
          <w:iCs/>
        </w:rPr>
        <w:t>• Mention current or past projects in the area or related to the issue, partnerships, synergies</w:t>
      </w:r>
      <w:r w:rsidR="009A660C">
        <w:rPr>
          <w:i/>
          <w:iCs/>
        </w:rPr>
        <w:t>,</w:t>
      </w:r>
      <w:r w:rsidRPr="00331385">
        <w:rPr>
          <w:i/>
          <w:iCs/>
        </w:rPr>
        <w:t xml:space="preserve"> and opportunities.</w:t>
      </w:r>
    </w:p>
    <w:p w14:paraId="59E27A73" w14:textId="1C4E558E" w:rsidR="00705C2B" w:rsidRPr="00143264" w:rsidRDefault="00331385" w:rsidP="00705C2B">
      <w:pPr>
        <w:spacing w:after="0"/>
        <w:jc w:val="both"/>
        <w:rPr>
          <w:i/>
          <w:iCs/>
        </w:rPr>
      </w:pPr>
      <w:r w:rsidRPr="00705C2B">
        <w:rPr>
          <w:i/>
          <w:iCs/>
        </w:rPr>
        <w:t>• Use real-world, localized data. Add a map as an appendix if necessary.</w:t>
      </w:r>
    </w:p>
    <w:p w14:paraId="7011A083" w14:textId="6324AC2D" w:rsidR="000746B7" w:rsidRPr="00143264" w:rsidRDefault="00331385" w:rsidP="005B4093">
      <w:pPr>
        <w:spacing w:before="120" w:after="120"/>
        <w:jc w:val="both"/>
        <w:rPr>
          <w:i/>
          <w:iCs/>
        </w:rPr>
      </w:pPr>
      <w:r w:rsidRPr="005B4093">
        <w:rPr>
          <w:i/>
          <w:iCs/>
        </w:rPr>
        <w:t xml:space="preserve">Write your text and justification here (maximum </w:t>
      </w:r>
      <w:r w:rsidR="009A660C">
        <w:rPr>
          <w:i/>
          <w:iCs/>
        </w:rPr>
        <w:t>two</w:t>
      </w:r>
      <w:r w:rsidRPr="005B4093">
        <w:rPr>
          <w:i/>
          <w:iCs/>
        </w:rPr>
        <w:t xml:space="preserve"> pages):</w:t>
      </w:r>
    </w:p>
    <w:p w14:paraId="6F47AAB6" w14:textId="77777777" w:rsidR="000746B7" w:rsidRPr="00143264" w:rsidRDefault="00331385" w:rsidP="00155FB7">
      <w:pPr>
        <w:jc w:val="both"/>
      </w:pPr>
      <w:r w:rsidRPr="00705C2B">
        <w:t>…</w:t>
      </w:r>
    </w:p>
    <w:p w14:paraId="2B6D0254" w14:textId="77777777" w:rsidR="000746B7" w:rsidRPr="00143264" w:rsidRDefault="00331385" w:rsidP="005B4093">
      <w:pPr>
        <w:pStyle w:val="Titre1"/>
        <w:spacing w:before="360"/>
        <w:jc w:val="both"/>
      </w:pPr>
      <w:r w:rsidRPr="00705C2B">
        <w:rPr>
          <w:rFonts w:ascii="Apple Color Emoji" w:hAnsi="Apple Color Emoji" w:cs="Apple Color Emoji"/>
        </w:rPr>
        <w:t>🟦</w:t>
      </w:r>
      <w:r w:rsidRPr="00705C2B">
        <w:t xml:space="preserve"> IV. PROBLEMS AND CHALLENGES</w:t>
      </w:r>
    </w:p>
    <w:p w14:paraId="0FFF0DE3" w14:textId="1AAB6E8A" w:rsidR="000746B7" w:rsidRPr="00143264" w:rsidRDefault="00331385" w:rsidP="00155FB7">
      <w:pPr>
        <w:jc w:val="both"/>
        <w:rPr>
          <w:b/>
          <w:bCs/>
          <w:i/>
          <w:iCs/>
        </w:rPr>
      </w:pPr>
      <w:r w:rsidRPr="00574633">
        <w:rPr>
          <w:b/>
          <w:bCs/>
          <w:i/>
          <w:iCs/>
        </w:rPr>
        <w:t>Objective: To identify the problem(s) to be solved and the priorities for action.</w:t>
      </w:r>
    </w:p>
    <w:p w14:paraId="46C467E0" w14:textId="77777777" w:rsidR="000746B7" w:rsidRPr="00143264" w:rsidRDefault="00331385" w:rsidP="00705C2B">
      <w:pPr>
        <w:pStyle w:val="Citationintense"/>
        <w:ind w:left="0"/>
        <w:jc w:val="both"/>
      </w:pPr>
      <w:r w:rsidRPr="00705C2B">
        <w:rPr>
          <w:rFonts w:ascii="Apple Color Emoji" w:hAnsi="Apple Color Emoji" w:cs="Apple Color Emoji"/>
        </w:rPr>
        <w:t>📘</w:t>
      </w:r>
      <w:r w:rsidRPr="00705C2B">
        <w:t xml:space="preserve"> Detailed instructions:</w:t>
      </w:r>
    </w:p>
    <w:p w14:paraId="77D1CEDE" w14:textId="17102542" w:rsidR="000746B7" w:rsidRPr="00143264" w:rsidRDefault="009A660C" w:rsidP="00705C2B">
      <w:pPr>
        <w:spacing w:after="0"/>
        <w:jc w:val="both"/>
        <w:rPr>
          <w:i/>
          <w:iCs/>
        </w:rPr>
      </w:pPr>
      <w:r>
        <w:rPr>
          <w:i/>
          <w:iCs/>
        </w:rPr>
        <w:t>• Describe the primary issue that your project aims to address (in relation to the selected theme).</w:t>
      </w:r>
    </w:p>
    <w:p w14:paraId="46FA1A53" w14:textId="77777777" w:rsidR="000746B7" w:rsidRPr="00143264" w:rsidRDefault="00331385" w:rsidP="00705C2B">
      <w:pPr>
        <w:spacing w:after="0"/>
        <w:jc w:val="both"/>
        <w:rPr>
          <w:i/>
          <w:iCs/>
        </w:rPr>
      </w:pPr>
      <w:r w:rsidRPr="00705C2B">
        <w:rPr>
          <w:i/>
          <w:iCs/>
        </w:rPr>
        <w:t>• Explain the likely consequences of inaction (degradation, increased vulnerability, exclusion, etc.).</w:t>
      </w:r>
    </w:p>
    <w:p w14:paraId="03D0CFC7" w14:textId="77777777" w:rsidR="000746B7" w:rsidRPr="00143264" w:rsidRDefault="00331385" w:rsidP="00705C2B">
      <w:pPr>
        <w:spacing w:after="0"/>
        <w:jc w:val="both"/>
        <w:rPr>
          <w:i/>
          <w:iCs/>
        </w:rPr>
      </w:pPr>
      <w:r w:rsidRPr="00705C2B">
        <w:rPr>
          <w:i/>
          <w:iCs/>
        </w:rPr>
        <w:t>• Integrate an initial analysis of possible risks (social, environmental, operational, etc.).</w:t>
      </w:r>
    </w:p>
    <w:p w14:paraId="483CC240" w14:textId="0434DA1E" w:rsidR="005B4093" w:rsidRPr="00143264" w:rsidRDefault="00331385" w:rsidP="00705C2B">
      <w:pPr>
        <w:spacing w:after="0"/>
        <w:jc w:val="both"/>
        <w:rPr>
          <w:i/>
          <w:iCs/>
        </w:rPr>
      </w:pPr>
      <w:r w:rsidRPr="00705C2B">
        <w:rPr>
          <w:i/>
          <w:iCs/>
        </w:rPr>
        <w:t>• Illustrate with concrete examples or situations.</w:t>
      </w:r>
    </w:p>
    <w:p w14:paraId="60A1E070" w14:textId="77777777" w:rsidR="000746B7" w:rsidRPr="00143264" w:rsidRDefault="00331385" w:rsidP="00155FB7">
      <w:pPr>
        <w:jc w:val="both"/>
        <w:rPr>
          <w:i/>
          <w:iCs/>
        </w:rPr>
      </w:pPr>
      <w:r w:rsidRPr="005B4093">
        <w:rPr>
          <w:i/>
          <w:iCs/>
        </w:rPr>
        <w:t>Write your text here (1 page maximum):</w:t>
      </w:r>
    </w:p>
    <w:p w14:paraId="5E01F459" w14:textId="77777777" w:rsidR="000746B7" w:rsidRPr="00143264" w:rsidRDefault="00331385" w:rsidP="00155FB7">
      <w:pPr>
        <w:pStyle w:val="Titre1"/>
        <w:jc w:val="both"/>
      </w:pPr>
      <w:r w:rsidRPr="00705C2B">
        <w:t>🟦 V. INTERVENTION STRATEGY AND PROJECT DESCRIPTION</w:t>
      </w:r>
    </w:p>
    <w:p w14:paraId="0C07F059" w14:textId="0BC1394F" w:rsidR="000746B7" w:rsidRPr="00143264" w:rsidRDefault="009A660C" w:rsidP="00155FB7">
      <w:pPr>
        <w:jc w:val="both"/>
        <w:rPr>
          <w:b/>
          <w:bCs/>
          <w:i/>
          <w:iCs/>
        </w:rPr>
      </w:pPr>
      <w:r>
        <w:rPr>
          <w:b/>
          <w:bCs/>
          <w:i/>
          <w:iCs/>
        </w:rPr>
        <w:t>Objective: Demonstrate a clear understanding of the project's goals, anticipated outcomes, and the strategies for achieving those outcomes. This section is the most important part of the form.</w:t>
      </w:r>
    </w:p>
    <w:p w14:paraId="279C3D08" w14:textId="77777777" w:rsidR="000746B7" w:rsidRPr="00143264" w:rsidRDefault="00331385" w:rsidP="00705C2B">
      <w:pPr>
        <w:pStyle w:val="Citationintense"/>
        <w:ind w:left="0"/>
        <w:jc w:val="both"/>
      </w:pPr>
      <w:r w:rsidRPr="00705C2B">
        <w:lastRenderedPageBreak/>
        <w:t>📘 Detailed instructions:</w:t>
      </w:r>
    </w:p>
    <w:p w14:paraId="0B4AECC7" w14:textId="2D7CD195" w:rsidR="00D605C2" w:rsidRPr="00143264" w:rsidRDefault="00D605C2" w:rsidP="00705C2B">
      <w:pPr>
        <w:spacing w:after="0"/>
        <w:jc w:val="both"/>
        <w:rPr>
          <w:b/>
          <w:bCs/>
          <w:i/>
          <w:iCs/>
        </w:rPr>
      </w:pPr>
      <w:r w:rsidRPr="005B4093">
        <w:rPr>
          <w:i/>
          <w:iCs/>
        </w:rPr>
        <w:t>This section should allow the selection committee to understand how the project intends to provide concrete, measurable</w:t>
      </w:r>
      <w:r w:rsidR="009A660C">
        <w:rPr>
          <w:i/>
          <w:iCs/>
        </w:rPr>
        <w:t>,</w:t>
      </w:r>
      <w:r w:rsidRPr="005B4093">
        <w:rPr>
          <w:i/>
          <w:iCs/>
        </w:rPr>
        <w:t xml:space="preserve"> and realistic solutions to the problems identified. It must describe the objectives sought, the expected results, the main activities to be carried out</w:t>
      </w:r>
      <w:r w:rsidR="009A660C">
        <w:rPr>
          <w:i/>
          <w:iCs/>
        </w:rPr>
        <w:t>,</w:t>
      </w:r>
      <w:r w:rsidRPr="005B4093">
        <w:rPr>
          <w:i/>
          <w:iCs/>
        </w:rPr>
        <w:t xml:space="preserve"> and the method of intervention</w:t>
      </w:r>
      <w:r w:rsidR="009A660C">
        <w:rPr>
          <w:i/>
          <w:iCs/>
        </w:rPr>
        <w:t xml:space="preserve"> in a structured manner</w:t>
      </w:r>
      <w:r w:rsidRPr="005B4093">
        <w:rPr>
          <w:i/>
          <w:iCs/>
        </w:rPr>
        <w:t>. It is recommended that this section be presented on</w:t>
      </w:r>
      <w:r w:rsidRPr="005B4093">
        <w:rPr>
          <w:b/>
          <w:bCs/>
          <w:i/>
          <w:iCs/>
        </w:rPr>
        <w:t xml:space="preserve"> a maximum of 3 to 4 pages.</w:t>
      </w:r>
    </w:p>
    <w:p w14:paraId="2FDE2650" w14:textId="2CA9DB33" w:rsidR="000746B7" w:rsidRPr="00143264" w:rsidRDefault="00331385" w:rsidP="00705C2B">
      <w:pPr>
        <w:spacing w:after="0"/>
        <w:jc w:val="both"/>
        <w:rPr>
          <w:i/>
          <w:iCs/>
        </w:rPr>
      </w:pPr>
      <w:r w:rsidRPr="00705C2B">
        <w:rPr>
          <w:i/>
          <w:iCs/>
        </w:rPr>
        <w:t>• Define an overall goal in one clear and affirmative sentence (e.g., Improve the resilience of X communities through Y).</w:t>
      </w:r>
    </w:p>
    <w:p w14:paraId="78708CB2" w14:textId="772BE4DB" w:rsidR="000746B7" w:rsidRPr="00143264" w:rsidRDefault="00331385" w:rsidP="00705C2B">
      <w:pPr>
        <w:spacing w:after="0"/>
        <w:jc w:val="both"/>
        <w:rPr>
          <w:i/>
          <w:iCs/>
        </w:rPr>
      </w:pPr>
      <w:r w:rsidRPr="00705C2B">
        <w:rPr>
          <w:i/>
          <w:iCs/>
        </w:rPr>
        <w:t>• Outline up to three specific objectives (each related to a type of expected action or change: e.g.</w:t>
      </w:r>
      <w:r w:rsidR="009A660C">
        <w:rPr>
          <w:i/>
          <w:iCs/>
        </w:rPr>
        <w:t>,</w:t>
      </w:r>
      <w:r w:rsidRPr="00705C2B">
        <w:rPr>
          <w:i/>
          <w:iCs/>
        </w:rPr>
        <w:t xml:space="preserve"> ecological restoration, capacity building, community advocacy, etc.).</w:t>
      </w:r>
    </w:p>
    <w:p w14:paraId="7885F6A2" w14:textId="7D9095B4" w:rsidR="000746B7" w:rsidRPr="00143264" w:rsidRDefault="009A660C" w:rsidP="00705C2B">
      <w:pPr>
        <w:spacing w:after="0"/>
        <w:jc w:val="both"/>
        <w:rPr>
          <w:i/>
          <w:iCs/>
        </w:rPr>
      </w:pPr>
      <w:r>
        <w:rPr>
          <w:i/>
          <w:iCs/>
        </w:rPr>
        <w:t>• Clearly outline the concrete results anticipated at the end of the project regarding each specific objective. The results should be measurable and achievable (e.g., number of people trained, surface area restored, tools created or developed, etc.).</w:t>
      </w:r>
    </w:p>
    <w:p w14:paraId="19F547D8" w14:textId="1724F2E7" w:rsidR="00D605C2" w:rsidRPr="00143264" w:rsidRDefault="009A660C" w:rsidP="00705C2B">
      <w:pPr>
        <w:spacing w:after="0"/>
        <w:jc w:val="both"/>
        <w:rPr>
          <w:i/>
          <w:iCs/>
        </w:rPr>
      </w:pPr>
      <w:r>
        <w:rPr>
          <w:i/>
          <w:iCs/>
        </w:rPr>
        <w:t>• Describe or list the main activities intended to achieve each specific objective (be concise and precise: this is not a detailed operational plan, but rather an overview of the major actions).</w:t>
      </w:r>
    </w:p>
    <w:p w14:paraId="46539A7D" w14:textId="02E77745" w:rsidR="000746B7" w:rsidRPr="00143264" w:rsidRDefault="00331385" w:rsidP="00705C2B">
      <w:pPr>
        <w:spacing w:after="0"/>
        <w:jc w:val="both"/>
        <w:rPr>
          <w:i/>
          <w:iCs/>
        </w:rPr>
      </w:pPr>
      <w:r w:rsidRPr="00705C2B">
        <w:rPr>
          <w:i/>
          <w:iCs/>
        </w:rPr>
        <w:t>• Describe your methodological approach: how will the project be implemented in practice</w:t>
      </w:r>
      <w:r w:rsidR="009A660C">
        <w:rPr>
          <w:i/>
          <w:iCs/>
        </w:rPr>
        <w:t>?</w:t>
      </w:r>
      <w:r w:rsidRPr="00705C2B">
        <w:rPr>
          <w:i/>
          <w:iCs/>
        </w:rPr>
        <w:t xml:space="preserve"> </w:t>
      </w:r>
      <w:r w:rsidR="009A660C">
        <w:rPr>
          <w:i/>
          <w:iCs/>
        </w:rPr>
        <w:t>What are the</w:t>
      </w:r>
      <w:r w:rsidRPr="00705C2B">
        <w:rPr>
          <w:i/>
          <w:iCs/>
        </w:rPr>
        <w:t xml:space="preserve"> key steps, methods, tools</w:t>
      </w:r>
      <w:r w:rsidR="009A660C">
        <w:rPr>
          <w:i/>
          <w:iCs/>
        </w:rPr>
        <w:t>,</w:t>
      </w:r>
      <w:r w:rsidRPr="00705C2B">
        <w:rPr>
          <w:i/>
          <w:iCs/>
        </w:rPr>
        <w:t xml:space="preserve"> or guiding principles?</w:t>
      </w:r>
    </w:p>
    <w:p w14:paraId="105A8DFF" w14:textId="34E02851" w:rsidR="000746B7" w:rsidRPr="00143264" w:rsidRDefault="009A660C" w:rsidP="00705C2B">
      <w:pPr>
        <w:spacing w:after="0"/>
        <w:jc w:val="both"/>
      </w:pPr>
      <w:r>
        <w:rPr>
          <w:i/>
          <w:iCs/>
        </w:rPr>
        <w:t>• Present a logical framework in table format (to be attached as an appendix) to clarify the project's logic and demonstrate how each activity leads to an outcome that contributes to an effect supporting a desired impact.</w:t>
      </w:r>
    </w:p>
    <w:p w14:paraId="696B14BB" w14:textId="77777777" w:rsidR="00705C2B" w:rsidRPr="00143264" w:rsidRDefault="00705C2B" w:rsidP="00705C2B">
      <w:pPr>
        <w:spacing w:after="0"/>
        <w:jc w:val="both"/>
        <w:rPr>
          <w:i/>
          <w:iCs/>
        </w:rPr>
      </w:pPr>
    </w:p>
    <w:p w14:paraId="7D062847" w14:textId="695FF6F0" w:rsidR="000746B7" w:rsidRPr="00143264" w:rsidRDefault="00331385" w:rsidP="00155FB7">
      <w:pPr>
        <w:jc w:val="both"/>
        <w:rPr>
          <w:i/>
          <w:iCs/>
        </w:rPr>
      </w:pPr>
      <w:r w:rsidRPr="005B4093">
        <w:rPr>
          <w:i/>
          <w:iCs/>
        </w:rPr>
        <w:t>✏️ To be completed below (Maximum 3 to 4 pages):</w:t>
      </w:r>
    </w:p>
    <w:p w14:paraId="70443848" w14:textId="77777777" w:rsidR="000746B7" w:rsidRPr="002F78A6" w:rsidRDefault="00331385" w:rsidP="00155FB7">
      <w:pPr>
        <w:jc w:val="both"/>
        <w:rPr>
          <w:lang w:val="fr-FR"/>
        </w:rPr>
      </w:pPr>
      <w:r w:rsidRPr="002F78A6">
        <w:t>• Overall objective: ...</w:t>
      </w:r>
    </w:p>
    <w:p w14:paraId="6E944192" w14:textId="231AD9C8" w:rsidR="002F78A6" w:rsidRPr="002F78A6" w:rsidRDefault="00331385" w:rsidP="00155FB7">
      <w:pPr>
        <w:jc w:val="both"/>
        <w:rPr>
          <w:lang w:val="fr-FR"/>
        </w:rPr>
      </w:pPr>
      <w:r w:rsidRPr="002F78A6">
        <w:t>•Specific objectives:</w:t>
      </w:r>
    </w:p>
    <w:p w14:paraId="04082662" w14:textId="5A42611D" w:rsidR="002F78A6" w:rsidRPr="002F78A6" w:rsidRDefault="00331385" w:rsidP="002F78A6">
      <w:pPr>
        <w:pStyle w:val="Paragraphedeliste"/>
        <w:numPr>
          <w:ilvl w:val="0"/>
          <w:numId w:val="10"/>
        </w:numPr>
        <w:jc w:val="both"/>
        <w:rPr>
          <w:lang w:val="fr-FR"/>
        </w:rPr>
      </w:pPr>
      <w:r w:rsidRPr="002F78A6">
        <w:t>Specific objective 1: ...</w:t>
      </w:r>
    </w:p>
    <w:p w14:paraId="0C59BE40" w14:textId="38E60ED7" w:rsidR="002F78A6" w:rsidRPr="002F78A6" w:rsidRDefault="00331385" w:rsidP="002F78A6">
      <w:pPr>
        <w:pStyle w:val="Paragraphedeliste"/>
        <w:numPr>
          <w:ilvl w:val="0"/>
          <w:numId w:val="10"/>
        </w:numPr>
        <w:jc w:val="both"/>
        <w:rPr>
          <w:lang w:val="fr-FR"/>
        </w:rPr>
      </w:pPr>
      <w:r w:rsidRPr="002F78A6">
        <w:t>Specific objective 2: ...</w:t>
      </w:r>
    </w:p>
    <w:p w14:paraId="0430122E" w14:textId="3C27B473" w:rsidR="000746B7" w:rsidRPr="002F78A6" w:rsidRDefault="00331385" w:rsidP="002F78A6">
      <w:pPr>
        <w:pStyle w:val="Paragraphedeliste"/>
        <w:numPr>
          <w:ilvl w:val="0"/>
          <w:numId w:val="10"/>
        </w:numPr>
        <w:jc w:val="both"/>
        <w:rPr>
          <w:lang w:val="fr-FR"/>
        </w:rPr>
      </w:pPr>
      <w:r w:rsidRPr="002F78A6">
        <w:t>Specific Objective 3 (optional): ...</w:t>
      </w:r>
    </w:p>
    <w:p w14:paraId="4336111A" w14:textId="7230F3FA" w:rsidR="000746B7" w:rsidRPr="00143264" w:rsidRDefault="00331385" w:rsidP="00155FB7">
      <w:pPr>
        <w:jc w:val="both"/>
      </w:pPr>
      <w:r w:rsidRPr="002F78A6">
        <w:t xml:space="preserve">• Expected results (Outcome) (by specific objective): </w:t>
      </w:r>
      <w:r w:rsidR="003D4282" w:rsidRPr="00143264">
        <w:rPr>
          <w:i/>
          <w:iCs/>
        </w:rPr>
        <w:t>This involves determining the numerical values ​​of the desired results or products after the intervention</w:t>
      </w:r>
      <w:r w:rsidR="003D4282" w:rsidRPr="003D4282">
        <w:t>:</w:t>
      </w:r>
      <w:r w:rsidR="00CD40F0">
        <w:t xml:space="preserve"> </w:t>
      </w:r>
      <w:r w:rsidRPr="002F78A6">
        <w:t>...</w:t>
      </w:r>
    </w:p>
    <w:p w14:paraId="0C3AFA99" w14:textId="22C81764" w:rsidR="000746B7" w:rsidRPr="00143264" w:rsidRDefault="00331385" w:rsidP="00155FB7">
      <w:pPr>
        <w:jc w:val="both"/>
      </w:pPr>
      <w:r w:rsidRPr="002F78A6">
        <w:t>• Main activities by expected results: ...</w:t>
      </w:r>
    </w:p>
    <w:p w14:paraId="4DAC857D" w14:textId="77777777" w:rsidR="000746B7" w:rsidRPr="00143264" w:rsidRDefault="00331385" w:rsidP="00155FB7">
      <w:pPr>
        <w:jc w:val="both"/>
      </w:pPr>
      <w:r w:rsidRPr="002F78A6">
        <w:t>• Methodological approach: ...</w:t>
      </w:r>
    </w:p>
    <w:p w14:paraId="6E89F84E" w14:textId="6F35B28F" w:rsidR="000746B7" w:rsidRPr="00143264" w:rsidRDefault="00331385" w:rsidP="00155FB7">
      <w:pPr>
        <w:jc w:val="both"/>
      </w:pPr>
      <w:r w:rsidRPr="002F78A6">
        <w:t>• Logical framework (to be attached in the appendix):</w:t>
      </w:r>
      <w:r w:rsidR="00AC56DC">
        <w:t xml:space="preserve"> </w:t>
      </w:r>
      <w:r w:rsidR="00AC56DC" w:rsidRPr="00143264">
        <w:rPr>
          <w:i/>
          <w:iCs/>
        </w:rPr>
        <w:t>the logical framework must include the reference values ​​and the target values ​​for each indicator</w:t>
      </w:r>
      <w:r w:rsidRPr="002F78A6">
        <w:t xml:space="preserve"> ...</w:t>
      </w:r>
    </w:p>
    <w:p w14:paraId="3E07B7C1" w14:textId="77777777" w:rsidR="000746B7" w:rsidRPr="00143264" w:rsidRDefault="00331385" w:rsidP="00155FB7">
      <w:pPr>
        <w:pStyle w:val="Titre1"/>
        <w:jc w:val="both"/>
      </w:pPr>
      <w:r w:rsidRPr="002F78A6">
        <w:lastRenderedPageBreak/>
        <w:t>🟦 VI. CONTRIBUTIONS TRANSVERSALES</w:t>
      </w:r>
    </w:p>
    <w:p w14:paraId="492144D9" w14:textId="5F1308C6" w:rsidR="000746B7" w:rsidRPr="00143264" w:rsidRDefault="00331385" w:rsidP="00155FB7">
      <w:pPr>
        <w:jc w:val="both"/>
        <w:rPr>
          <w:b/>
          <w:bCs/>
          <w:i/>
          <w:iCs/>
        </w:rPr>
      </w:pPr>
      <w:r w:rsidRPr="00574633">
        <w:rPr>
          <w:b/>
          <w:bCs/>
          <w:i/>
          <w:iCs/>
        </w:rPr>
        <w:t xml:space="preserve">Objective: Explain how your project </w:t>
      </w:r>
      <w:r w:rsidR="009A660C">
        <w:rPr>
          <w:b/>
          <w:bCs/>
          <w:i/>
          <w:iCs/>
        </w:rPr>
        <w:t>considers</w:t>
      </w:r>
      <w:r w:rsidRPr="00574633">
        <w:rPr>
          <w:b/>
          <w:bCs/>
          <w:i/>
          <w:iCs/>
        </w:rPr>
        <w:t xml:space="preserve"> gender, innovation</w:t>
      </w:r>
      <w:r w:rsidR="009A660C">
        <w:rPr>
          <w:b/>
          <w:bCs/>
          <w:i/>
          <w:iCs/>
        </w:rPr>
        <w:t>,</w:t>
      </w:r>
      <w:r w:rsidRPr="00574633">
        <w:rPr>
          <w:b/>
          <w:bCs/>
          <w:i/>
          <w:iCs/>
        </w:rPr>
        <w:t xml:space="preserve"> and sustainability issues.</w:t>
      </w:r>
    </w:p>
    <w:p w14:paraId="1C5B1B97" w14:textId="77777777" w:rsidR="000746B7" w:rsidRPr="00143264" w:rsidRDefault="00331385" w:rsidP="002F78A6">
      <w:pPr>
        <w:pStyle w:val="Citationintense"/>
        <w:ind w:left="0"/>
        <w:jc w:val="both"/>
      </w:pPr>
      <w:r w:rsidRPr="002F78A6">
        <w:t>📘 Detailed instructions:</w:t>
      </w:r>
    </w:p>
    <w:p w14:paraId="6E3E32C4" w14:textId="1D98CACA" w:rsidR="000746B7" w:rsidRPr="00143264" w:rsidRDefault="00331385" w:rsidP="002F78A6">
      <w:pPr>
        <w:spacing w:after="0"/>
        <w:jc w:val="both"/>
        <w:rPr>
          <w:i/>
          <w:iCs/>
        </w:rPr>
      </w:pPr>
      <w:r w:rsidRPr="002F78A6">
        <w:rPr>
          <w:i/>
          <w:iCs/>
        </w:rPr>
        <w:t xml:space="preserve">• Gender and inclusion: How are women, youth, </w:t>
      </w:r>
      <w:r w:rsidR="009A660C">
        <w:rPr>
          <w:i/>
          <w:iCs/>
        </w:rPr>
        <w:t>and</w:t>
      </w:r>
      <w:r w:rsidRPr="002F78A6">
        <w:rPr>
          <w:i/>
          <w:iCs/>
        </w:rPr>
        <w:t xml:space="preserve"> marginalized groups integrated into the project? Examples</w:t>
      </w:r>
      <w:r w:rsidR="009A660C">
        <w:rPr>
          <w:i/>
          <w:iCs/>
        </w:rPr>
        <w:t xml:space="preserve"> include</w:t>
      </w:r>
      <w:r w:rsidRPr="002F78A6">
        <w:rPr>
          <w:i/>
          <w:iCs/>
        </w:rPr>
        <w:t xml:space="preserve"> recruitment, training,</w:t>
      </w:r>
      <w:r w:rsidR="009A660C">
        <w:rPr>
          <w:i/>
          <w:iCs/>
        </w:rPr>
        <w:t xml:space="preserve"> and</w:t>
      </w:r>
      <w:r w:rsidRPr="002F78A6">
        <w:rPr>
          <w:i/>
          <w:iCs/>
        </w:rPr>
        <w:t xml:space="preserve"> governance.</w:t>
      </w:r>
    </w:p>
    <w:p w14:paraId="632E6AE8" w14:textId="374FD366" w:rsidR="000746B7" w:rsidRPr="00143264" w:rsidRDefault="00331385" w:rsidP="002F78A6">
      <w:pPr>
        <w:spacing w:after="0"/>
        <w:jc w:val="both"/>
        <w:rPr>
          <w:i/>
          <w:iCs/>
        </w:rPr>
      </w:pPr>
      <w:r w:rsidRPr="002F78A6">
        <w:rPr>
          <w:i/>
          <w:iCs/>
        </w:rPr>
        <w:t>• Innovation: Does your project provide a new solution, an original method</w:t>
      </w:r>
      <w:r w:rsidR="009A660C">
        <w:rPr>
          <w:i/>
          <w:iCs/>
        </w:rPr>
        <w:t>,</w:t>
      </w:r>
      <w:r w:rsidRPr="002F78A6">
        <w:rPr>
          <w:i/>
          <w:iCs/>
        </w:rPr>
        <w:t xml:space="preserve"> or an adapted technology?</w:t>
      </w:r>
    </w:p>
    <w:p w14:paraId="06C84118" w14:textId="3335F048" w:rsidR="000746B7" w:rsidRPr="00143264" w:rsidRDefault="00331385" w:rsidP="002F78A6">
      <w:pPr>
        <w:spacing w:after="0"/>
        <w:jc w:val="both"/>
        <w:rPr>
          <w:i/>
          <w:iCs/>
        </w:rPr>
      </w:pPr>
      <w:r w:rsidRPr="002F78A6">
        <w:rPr>
          <w:i/>
          <w:iCs/>
        </w:rPr>
        <w:t xml:space="preserve">• Sustainability: How will results be sustained after the end of the CMRP grant? </w:t>
      </w:r>
      <w:r w:rsidR="009A660C">
        <w:rPr>
          <w:i/>
          <w:iCs/>
        </w:rPr>
        <w:t>W</w:t>
      </w:r>
      <w:r w:rsidRPr="002F78A6">
        <w:rPr>
          <w:i/>
          <w:iCs/>
        </w:rPr>
        <w:t xml:space="preserve">hat is the exit strategy: integration into local policies, empowerment of </w:t>
      </w:r>
      <w:r w:rsidR="009A660C">
        <w:rPr>
          <w:i/>
          <w:iCs/>
        </w:rPr>
        <w:t>stakeholde</w:t>
      </w:r>
      <w:r w:rsidRPr="002F78A6">
        <w:rPr>
          <w:i/>
          <w:iCs/>
        </w:rPr>
        <w:t>rs, etc.?</w:t>
      </w:r>
    </w:p>
    <w:p w14:paraId="6A9ADA47" w14:textId="77777777" w:rsidR="002F78A6" w:rsidRPr="00143264" w:rsidRDefault="002F78A6" w:rsidP="002F78A6">
      <w:pPr>
        <w:spacing w:after="0"/>
        <w:jc w:val="both"/>
        <w:rPr>
          <w:i/>
          <w:iCs/>
        </w:rPr>
      </w:pPr>
    </w:p>
    <w:p w14:paraId="4B75DE08" w14:textId="64ECEEA4" w:rsidR="000746B7" w:rsidRPr="00143264" w:rsidRDefault="00331385" w:rsidP="00155FB7">
      <w:pPr>
        <w:jc w:val="both"/>
        <w:rPr>
          <w:i/>
          <w:iCs/>
        </w:rPr>
      </w:pPr>
      <w:r w:rsidRPr="005B4093">
        <w:rPr>
          <w:i/>
          <w:iCs/>
        </w:rPr>
        <w:t>✏️ To be completed below (2 pages maximum):</w:t>
      </w:r>
    </w:p>
    <w:p w14:paraId="03D3A81C" w14:textId="77777777" w:rsidR="000746B7" w:rsidRPr="00143264" w:rsidRDefault="00331385" w:rsidP="00155FB7">
      <w:pPr>
        <w:jc w:val="both"/>
        <w:rPr>
          <w:i/>
          <w:iCs/>
        </w:rPr>
      </w:pPr>
      <w:r w:rsidRPr="005B4093">
        <w:rPr>
          <w:i/>
          <w:iCs/>
        </w:rPr>
        <w:t>• Gender and inclusion: ...</w:t>
      </w:r>
    </w:p>
    <w:p w14:paraId="69E4ED6C" w14:textId="77777777" w:rsidR="000746B7" w:rsidRPr="00143264" w:rsidRDefault="00331385" w:rsidP="00155FB7">
      <w:pPr>
        <w:jc w:val="both"/>
        <w:rPr>
          <w:i/>
          <w:iCs/>
        </w:rPr>
      </w:pPr>
      <w:r w:rsidRPr="005B4093">
        <w:rPr>
          <w:i/>
          <w:iCs/>
        </w:rPr>
        <w:t>• Proposed innovation: ...</w:t>
      </w:r>
    </w:p>
    <w:p w14:paraId="0E752B5E" w14:textId="388B035D" w:rsidR="000746B7" w:rsidRPr="00143264" w:rsidRDefault="00331385" w:rsidP="00155FB7">
      <w:pPr>
        <w:jc w:val="both"/>
        <w:rPr>
          <w:i/>
          <w:iCs/>
        </w:rPr>
      </w:pPr>
      <w:r w:rsidRPr="005B4093">
        <w:rPr>
          <w:i/>
          <w:iCs/>
        </w:rPr>
        <w:t>• Sustainability of the stock (exit strategy): ...</w:t>
      </w:r>
    </w:p>
    <w:p w14:paraId="400D748A" w14:textId="77777777" w:rsidR="000746B7" w:rsidRPr="00143264" w:rsidRDefault="00331385" w:rsidP="00155FB7">
      <w:pPr>
        <w:pStyle w:val="Titre1"/>
        <w:jc w:val="both"/>
      </w:pPr>
      <w:r>
        <w:t>🟦 VII. TEAM ORGANIZATION</w:t>
      </w:r>
    </w:p>
    <w:p w14:paraId="5F3C9F3C" w14:textId="6712F3F6" w:rsidR="000746B7" w:rsidRPr="00143264" w:rsidRDefault="002F78A6" w:rsidP="00155FB7">
      <w:pPr>
        <w:jc w:val="both"/>
        <w:rPr>
          <w:b/>
          <w:bCs/>
          <w:i/>
          <w:iCs/>
        </w:rPr>
      </w:pPr>
      <w:r w:rsidRPr="00574633">
        <w:rPr>
          <w:b/>
          <w:bCs/>
          <w:i/>
          <w:iCs/>
        </w:rPr>
        <w:t>Objective: To introduce the key members of the team, their role</w:t>
      </w:r>
      <w:r w:rsidR="009A660C">
        <w:rPr>
          <w:b/>
          <w:bCs/>
          <w:i/>
          <w:iCs/>
        </w:rPr>
        <w:t>s,</w:t>
      </w:r>
      <w:r w:rsidRPr="00574633">
        <w:rPr>
          <w:b/>
          <w:bCs/>
          <w:i/>
          <w:iCs/>
        </w:rPr>
        <w:t xml:space="preserve"> and skills.</w:t>
      </w:r>
    </w:p>
    <w:p w14:paraId="33B5971E" w14:textId="77777777" w:rsidR="000746B7" w:rsidRPr="00143264" w:rsidRDefault="00331385" w:rsidP="002F78A6">
      <w:pPr>
        <w:pStyle w:val="Citationintense"/>
        <w:ind w:left="0"/>
        <w:jc w:val="both"/>
      </w:pPr>
      <w:r w:rsidRPr="002F78A6">
        <w:t>📘 Detailed instructions:</w:t>
      </w:r>
    </w:p>
    <w:p w14:paraId="587316F7" w14:textId="6DB2EAE9" w:rsidR="000746B7" w:rsidRPr="00143264" w:rsidRDefault="00331385" w:rsidP="002F78A6">
      <w:pPr>
        <w:spacing w:after="0"/>
        <w:jc w:val="both"/>
        <w:rPr>
          <w:i/>
          <w:iCs/>
        </w:rPr>
      </w:pPr>
      <w:r w:rsidRPr="002F78A6">
        <w:rPr>
          <w:i/>
          <w:iCs/>
        </w:rPr>
        <w:t>• De</w:t>
      </w:r>
      <w:r w:rsidR="009A660C">
        <w:rPr>
          <w:i/>
          <w:iCs/>
        </w:rPr>
        <w:t>scribe</w:t>
      </w:r>
      <w:r w:rsidRPr="002F78A6">
        <w:rPr>
          <w:i/>
          <w:iCs/>
        </w:rPr>
        <w:t xml:space="preserve"> the </w:t>
      </w:r>
      <w:r w:rsidR="009A660C">
        <w:rPr>
          <w:i/>
          <w:iCs/>
        </w:rPr>
        <w:t>makeup</w:t>
      </w:r>
      <w:r w:rsidRPr="002F78A6">
        <w:rPr>
          <w:i/>
          <w:iCs/>
        </w:rPr>
        <w:t xml:space="preserve"> of your implementation team (including partners if it is a consortium).</w:t>
      </w:r>
    </w:p>
    <w:p w14:paraId="5244DCFE" w14:textId="63DE1169" w:rsidR="000746B7" w:rsidRPr="00143264" w:rsidRDefault="00331385" w:rsidP="002F78A6">
      <w:pPr>
        <w:spacing w:after="0"/>
        <w:jc w:val="both"/>
        <w:rPr>
          <w:i/>
          <w:iCs/>
        </w:rPr>
      </w:pPr>
      <w:r w:rsidRPr="002F78A6">
        <w:rPr>
          <w:i/>
          <w:iCs/>
        </w:rPr>
        <w:t>• For each member, specify the</w:t>
      </w:r>
      <w:r w:rsidR="009A660C">
        <w:rPr>
          <w:i/>
          <w:iCs/>
        </w:rPr>
        <w:t>ir</w:t>
      </w:r>
      <w:r w:rsidRPr="002F78A6">
        <w:rPr>
          <w:i/>
          <w:iCs/>
        </w:rPr>
        <w:t xml:space="preserve"> role in the project, core competencies, and relevant experience.</w:t>
      </w:r>
    </w:p>
    <w:p w14:paraId="36DEDF41" w14:textId="41698361" w:rsidR="000746B7" w:rsidRPr="00143264" w:rsidRDefault="00331385" w:rsidP="002F78A6">
      <w:pPr>
        <w:spacing w:after="0"/>
        <w:jc w:val="both"/>
        <w:rPr>
          <w:i/>
          <w:iCs/>
        </w:rPr>
      </w:pPr>
      <w:r w:rsidRPr="002F78A6">
        <w:rPr>
          <w:i/>
          <w:iCs/>
        </w:rPr>
        <w:t xml:space="preserve">• </w:t>
      </w:r>
      <w:r w:rsidR="009A660C">
        <w:rPr>
          <w:i/>
          <w:iCs/>
        </w:rPr>
        <w:t>Include the</w:t>
      </w:r>
      <w:r w:rsidRPr="002F78A6">
        <w:rPr>
          <w:i/>
          <w:iCs/>
        </w:rPr>
        <w:t xml:space="preserve"> updated CVs of key members.</w:t>
      </w:r>
    </w:p>
    <w:p w14:paraId="0CBB9171" w14:textId="77777777" w:rsidR="002F78A6" w:rsidRPr="00143264" w:rsidRDefault="002F78A6" w:rsidP="002F78A6">
      <w:pPr>
        <w:spacing w:after="0"/>
        <w:jc w:val="both"/>
        <w:rPr>
          <w:i/>
          <w:iCs/>
        </w:rPr>
      </w:pPr>
    </w:p>
    <w:p w14:paraId="1F27986E" w14:textId="0DE36104" w:rsidR="000746B7" w:rsidRPr="00143264" w:rsidRDefault="009A660C" w:rsidP="00155FB7">
      <w:pPr>
        <w:jc w:val="both"/>
        <w:rPr>
          <w:i/>
          <w:iCs/>
        </w:rPr>
      </w:pPr>
      <w:r>
        <w:rPr>
          <w:rFonts w:ascii="Apple Color Emoji" w:hAnsi="Apple Color Emoji" w:cs="Apple Color Emoji"/>
          <w:i/>
          <w:iCs/>
        </w:rPr>
        <w:t>✏️</w:t>
      </w:r>
      <w:r>
        <w:rPr>
          <w:i/>
          <w:iCs/>
        </w:rPr>
        <w:t xml:space="preserve"> Please complete the section below (maximum of 2 and 1/2 pages):</w:t>
      </w:r>
    </w:p>
    <w:p w14:paraId="4D0F894E" w14:textId="77777777" w:rsidR="000746B7" w:rsidRPr="00143264" w:rsidRDefault="00331385" w:rsidP="00155FB7">
      <w:pPr>
        <w:jc w:val="both"/>
      </w:pPr>
      <w:r w:rsidRPr="002F78A6">
        <w:t>• Composition of the team: ...</w:t>
      </w:r>
    </w:p>
    <w:p w14:paraId="68134AE7" w14:textId="77777777" w:rsidR="000746B7" w:rsidRPr="00143264" w:rsidRDefault="00331385" w:rsidP="00155FB7">
      <w:pPr>
        <w:jc w:val="both"/>
      </w:pPr>
      <w:r w:rsidRPr="002F78A6">
        <w:t>• Roles of each: ...</w:t>
      </w:r>
    </w:p>
    <w:p w14:paraId="472D6A64" w14:textId="77777777" w:rsidR="000746B7" w:rsidRPr="00143264" w:rsidRDefault="00331385" w:rsidP="00155FB7">
      <w:pPr>
        <w:jc w:val="both"/>
      </w:pPr>
      <w:r w:rsidRPr="002F78A6">
        <w:t>• Members' CVs attached</w:t>
      </w:r>
    </w:p>
    <w:p w14:paraId="34575C70" w14:textId="77777777" w:rsidR="000746B7" w:rsidRPr="00143264" w:rsidRDefault="00331385" w:rsidP="00155FB7">
      <w:pPr>
        <w:pStyle w:val="Titre1"/>
        <w:jc w:val="both"/>
      </w:pPr>
      <w:r w:rsidRPr="002F78A6">
        <w:t>🟦 VIII. DETAILED TIMETABLE OF ACTIVITIES</w:t>
      </w:r>
    </w:p>
    <w:p w14:paraId="168213ED" w14:textId="066C40AA" w:rsidR="000746B7" w:rsidRPr="00143264" w:rsidRDefault="00331385" w:rsidP="00155FB7">
      <w:pPr>
        <w:jc w:val="both"/>
        <w:rPr>
          <w:b/>
          <w:bCs/>
          <w:i/>
          <w:iCs/>
        </w:rPr>
      </w:pPr>
      <w:r w:rsidRPr="00574633">
        <w:rPr>
          <w:b/>
          <w:bCs/>
          <w:i/>
          <w:iCs/>
        </w:rPr>
        <w:t xml:space="preserve">Objective: Plan project activities over time, month by month, and </w:t>
      </w:r>
      <w:r w:rsidR="009A660C">
        <w:rPr>
          <w:b/>
          <w:bCs/>
          <w:i/>
          <w:iCs/>
        </w:rPr>
        <w:t>demonstrate</w:t>
      </w:r>
      <w:r w:rsidRPr="00574633">
        <w:rPr>
          <w:b/>
          <w:bCs/>
          <w:i/>
          <w:iCs/>
        </w:rPr>
        <w:t xml:space="preserve"> how human resources will be mobilized.</w:t>
      </w:r>
    </w:p>
    <w:p w14:paraId="17431968" w14:textId="2D0CFCAE" w:rsidR="000746B7" w:rsidRPr="00143264" w:rsidRDefault="00331385" w:rsidP="002F78A6">
      <w:pPr>
        <w:pStyle w:val="Citationintense"/>
        <w:ind w:left="0"/>
        <w:jc w:val="both"/>
      </w:pPr>
      <w:r>
        <w:lastRenderedPageBreak/>
        <w:t xml:space="preserve">📘 Detailed instructions </w:t>
      </w:r>
    </w:p>
    <w:p w14:paraId="04326800" w14:textId="4A738268" w:rsidR="000746B7" w:rsidRPr="00143264" w:rsidRDefault="009A660C" w:rsidP="002F78A6">
      <w:pPr>
        <w:spacing w:after="0"/>
        <w:jc w:val="both"/>
        <w:rPr>
          <w:i/>
          <w:iCs/>
        </w:rPr>
      </w:pPr>
      <w:r>
        <w:rPr>
          <w:i/>
          <w:iCs/>
        </w:rPr>
        <w:t>• Provide a clear overview of the main activities and their implementation timeline, broken down by month.</w:t>
      </w:r>
    </w:p>
    <w:p w14:paraId="1CCC8AD7" w14:textId="77777777" w:rsidR="000746B7" w:rsidRPr="00143264" w:rsidRDefault="00331385" w:rsidP="002F78A6">
      <w:pPr>
        <w:spacing w:after="0"/>
        <w:jc w:val="both"/>
        <w:rPr>
          <w:i/>
          <w:iCs/>
        </w:rPr>
      </w:pPr>
      <w:r w:rsidRPr="002F78A6">
        <w:rPr>
          <w:i/>
          <w:iCs/>
        </w:rPr>
        <w:t>• Add a column indicating which team members are responsible for each activity.</w:t>
      </w:r>
    </w:p>
    <w:p w14:paraId="6DF70E7A" w14:textId="31525EB3" w:rsidR="000746B7" w:rsidRPr="00143264" w:rsidRDefault="009A660C" w:rsidP="002F78A6">
      <w:pPr>
        <w:spacing w:after="0"/>
        <w:jc w:val="both"/>
        <w:rPr>
          <w:i/>
          <w:iCs/>
        </w:rPr>
      </w:pPr>
      <w:r>
        <w:rPr>
          <w:i/>
          <w:iCs/>
        </w:rPr>
        <w:t>• Ensure the timetable aligns realistically with the advertised duration.</w:t>
      </w:r>
    </w:p>
    <w:p w14:paraId="69AEB721" w14:textId="77777777" w:rsidR="002F78A6" w:rsidRPr="00143264" w:rsidRDefault="002F78A6" w:rsidP="002F78A6">
      <w:pPr>
        <w:spacing w:after="0"/>
        <w:jc w:val="both"/>
        <w:rPr>
          <w:i/>
          <w:iCs/>
        </w:rPr>
      </w:pPr>
    </w:p>
    <w:p w14:paraId="39F35D40" w14:textId="43A94CD1" w:rsidR="000746B7" w:rsidRPr="00143264" w:rsidRDefault="00331385" w:rsidP="00155FB7">
      <w:pPr>
        <w:jc w:val="both"/>
        <w:rPr>
          <w:i/>
          <w:iCs/>
        </w:rPr>
      </w:pPr>
      <w:r w:rsidRPr="00C13824">
        <w:rPr>
          <w:i/>
          <w:iCs/>
        </w:rPr>
        <w:t>✏️ Example of a table to fill in:</w:t>
      </w:r>
    </w:p>
    <w:tbl>
      <w:tblPr>
        <w:tblStyle w:val="Grilledutableau"/>
        <w:tblW w:w="0" w:type="auto"/>
        <w:tblLook w:val="04A0" w:firstRow="1" w:lastRow="0" w:firstColumn="1" w:lastColumn="0" w:noHBand="0" w:noVBand="1"/>
      </w:tblPr>
      <w:tblGrid>
        <w:gridCol w:w="1079"/>
        <w:gridCol w:w="1131"/>
        <w:gridCol w:w="1070"/>
        <w:gridCol w:w="1070"/>
        <w:gridCol w:w="1070"/>
        <w:gridCol w:w="1070"/>
        <w:gridCol w:w="1070"/>
        <w:gridCol w:w="1070"/>
      </w:tblGrid>
      <w:tr w:rsidR="000746B7" w:rsidRPr="002F78A6" w14:paraId="62BC7806" w14:textId="77777777">
        <w:tc>
          <w:tcPr>
            <w:tcW w:w="1080" w:type="dxa"/>
          </w:tcPr>
          <w:p w14:paraId="484D2E8D" w14:textId="77777777" w:rsidR="000746B7" w:rsidRPr="002F78A6" w:rsidRDefault="00331385" w:rsidP="00155FB7">
            <w:pPr>
              <w:jc w:val="both"/>
              <w:rPr>
                <w:lang w:val="fr-FR"/>
              </w:rPr>
            </w:pPr>
            <w:r w:rsidRPr="002F78A6">
              <w:t>Activities</w:t>
            </w:r>
          </w:p>
        </w:tc>
        <w:tc>
          <w:tcPr>
            <w:tcW w:w="1080" w:type="dxa"/>
          </w:tcPr>
          <w:p w14:paraId="53FFA9F1" w14:textId="77777777" w:rsidR="000746B7" w:rsidRPr="002F78A6" w:rsidRDefault="00331385" w:rsidP="00155FB7">
            <w:pPr>
              <w:jc w:val="both"/>
              <w:rPr>
                <w:lang w:val="fr-FR"/>
              </w:rPr>
            </w:pPr>
            <w:r w:rsidRPr="002F78A6">
              <w:t>Contact(s)</w:t>
            </w:r>
          </w:p>
        </w:tc>
        <w:tc>
          <w:tcPr>
            <w:tcW w:w="1080" w:type="dxa"/>
          </w:tcPr>
          <w:p w14:paraId="122770C6" w14:textId="77777777" w:rsidR="000746B7" w:rsidRPr="002F78A6" w:rsidRDefault="00331385" w:rsidP="00155FB7">
            <w:pPr>
              <w:jc w:val="both"/>
              <w:rPr>
                <w:lang w:val="fr-FR"/>
              </w:rPr>
            </w:pPr>
            <w:r w:rsidRPr="002F78A6">
              <w:t>M1</w:t>
            </w:r>
          </w:p>
        </w:tc>
        <w:tc>
          <w:tcPr>
            <w:tcW w:w="1080" w:type="dxa"/>
          </w:tcPr>
          <w:p w14:paraId="0E1E16D4" w14:textId="77777777" w:rsidR="000746B7" w:rsidRPr="002F78A6" w:rsidRDefault="00331385" w:rsidP="00155FB7">
            <w:pPr>
              <w:jc w:val="both"/>
              <w:rPr>
                <w:lang w:val="fr-FR"/>
              </w:rPr>
            </w:pPr>
            <w:r w:rsidRPr="002F78A6">
              <w:t>M2</w:t>
            </w:r>
          </w:p>
        </w:tc>
        <w:tc>
          <w:tcPr>
            <w:tcW w:w="1080" w:type="dxa"/>
          </w:tcPr>
          <w:p w14:paraId="335E6DA7" w14:textId="77777777" w:rsidR="000746B7" w:rsidRPr="002F78A6" w:rsidRDefault="00331385" w:rsidP="00155FB7">
            <w:pPr>
              <w:jc w:val="both"/>
              <w:rPr>
                <w:lang w:val="fr-FR"/>
              </w:rPr>
            </w:pPr>
            <w:r w:rsidRPr="002F78A6">
              <w:t>M3</w:t>
            </w:r>
          </w:p>
        </w:tc>
        <w:tc>
          <w:tcPr>
            <w:tcW w:w="1080" w:type="dxa"/>
          </w:tcPr>
          <w:p w14:paraId="48A160B5" w14:textId="77777777" w:rsidR="000746B7" w:rsidRPr="002F78A6" w:rsidRDefault="00331385" w:rsidP="00155FB7">
            <w:pPr>
              <w:jc w:val="both"/>
              <w:rPr>
                <w:lang w:val="fr-FR"/>
              </w:rPr>
            </w:pPr>
            <w:r w:rsidRPr="002F78A6">
              <w:t>M4</w:t>
            </w:r>
          </w:p>
        </w:tc>
        <w:tc>
          <w:tcPr>
            <w:tcW w:w="1080" w:type="dxa"/>
          </w:tcPr>
          <w:p w14:paraId="7207CCB4" w14:textId="77777777" w:rsidR="000746B7" w:rsidRPr="002F78A6" w:rsidRDefault="00331385" w:rsidP="00155FB7">
            <w:pPr>
              <w:jc w:val="both"/>
              <w:rPr>
                <w:lang w:val="fr-FR"/>
              </w:rPr>
            </w:pPr>
            <w:r w:rsidRPr="002F78A6">
              <w:t>M5</w:t>
            </w:r>
          </w:p>
        </w:tc>
        <w:tc>
          <w:tcPr>
            <w:tcW w:w="1080" w:type="dxa"/>
          </w:tcPr>
          <w:p w14:paraId="30450423" w14:textId="77777777" w:rsidR="000746B7" w:rsidRPr="002F78A6" w:rsidRDefault="00331385" w:rsidP="00155FB7">
            <w:pPr>
              <w:jc w:val="both"/>
              <w:rPr>
                <w:lang w:val="fr-FR"/>
              </w:rPr>
            </w:pPr>
            <w:r w:rsidRPr="002F78A6">
              <w:t>M6</w:t>
            </w:r>
          </w:p>
        </w:tc>
      </w:tr>
    </w:tbl>
    <w:p w14:paraId="383C5D79" w14:textId="77777777" w:rsidR="00574633" w:rsidRDefault="00574633" w:rsidP="00155FB7">
      <w:pPr>
        <w:jc w:val="both"/>
        <w:rPr>
          <w:lang w:val="fr-FR"/>
        </w:rPr>
      </w:pPr>
    </w:p>
    <w:p w14:paraId="735558B1" w14:textId="7CDC36DE" w:rsidR="000746B7" w:rsidRPr="00143264" w:rsidRDefault="00331385" w:rsidP="00155FB7">
      <w:pPr>
        <w:jc w:val="both"/>
        <w:rPr>
          <w:i/>
          <w:iCs/>
        </w:rPr>
      </w:pPr>
      <w:r w:rsidRPr="00574633">
        <w:rPr>
          <w:i/>
          <w:iCs/>
        </w:rPr>
        <w:t>Add more columns if your project is longer than 6 months. You can also present the timetable by quarter, if your project exceeds the duration of 6 months</w:t>
      </w:r>
    </w:p>
    <w:p w14:paraId="2C386853" w14:textId="77777777" w:rsidR="000746B7" w:rsidRPr="00143264" w:rsidRDefault="00331385" w:rsidP="00155FB7">
      <w:pPr>
        <w:pStyle w:val="Titre1"/>
        <w:jc w:val="both"/>
      </w:pPr>
      <w:r w:rsidRPr="002F78A6">
        <w:t>🟦 IX. DETAILED BUDGET</w:t>
      </w:r>
    </w:p>
    <w:p w14:paraId="0B0712E5" w14:textId="1E4ED0DD" w:rsidR="000746B7" w:rsidRPr="00143264" w:rsidRDefault="00331385" w:rsidP="00155FB7">
      <w:pPr>
        <w:jc w:val="both"/>
        <w:rPr>
          <w:i/>
          <w:iCs/>
        </w:rPr>
      </w:pPr>
      <w:r w:rsidRPr="00574633">
        <w:rPr>
          <w:b/>
          <w:bCs/>
          <w:i/>
          <w:iCs/>
        </w:rPr>
        <w:t>Objective: To present the estimated costs of the project in a transparent manner, item by item, distinguishing between sources of funding</w:t>
      </w:r>
      <w:r w:rsidRPr="00574633">
        <w:rPr>
          <w:i/>
          <w:iCs/>
        </w:rPr>
        <w:t>.</w:t>
      </w:r>
    </w:p>
    <w:p w14:paraId="296C8D65" w14:textId="77777777" w:rsidR="000746B7" w:rsidRPr="00143264" w:rsidRDefault="00331385" w:rsidP="00574633">
      <w:pPr>
        <w:pStyle w:val="Citationintense"/>
        <w:ind w:left="0"/>
        <w:jc w:val="both"/>
      </w:pPr>
      <w:r w:rsidRPr="00574633">
        <w:t>📘 Detailed instructions:</w:t>
      </w:r>
    </w:p>
    <w:p w14:paraId="447929FE" w14:textId="77777777" w:rsidR="000746B7" w:rsidRPr="00143264" w:rsidRDefault="00331385" w:rsidP="00155FB7">
      <w:pPr>
        <w:jc w:val="both"/>
        <w:rPr>
          <w:i/>
          <w:iCs/>
        </w:rPr>
      </w:pPr>
      <w:r w:rsidRPr="00574633">
        <w:rPr>
          <w:i/>
          <w:iCs/>
        </w:rPr>
        <w:t>• Complete a table detailing the costs by activity, specifying the quantity, unit cost, total amount, share covered by the CMRP, and co-financing.</w:t>
      </w:r>
    </w:p>
    <w:p w14:paraId="774CC7FE" w14:textId="77777777" w:rsidR="000746B7" w:rsidRPr="00143264" w:rsidRDefault="00331385" w:rsidP="00155FB7">
      <w:pPr>
        <w:jc w:val="both"/>
        <w:rPr>
          <w:i/>
          <w:iCs/>
        </w:rPr>
      </w:pPr>
      <w:r w:rsidRPr="00574633">
        <w:rPr>
          <w:i/>
          <w:iCs/>
        </w:rPr>
        <w:t>• Integrate operating expenses (coordination, logistics, monitoring, communication, etc.) in a separate section.</w:t>
      </w:r>
    </w:p>
    <w:p w14:paraId="57A1497E" w14:textId="77777777" w:rsidR="000746B7" w:rsidRPr="00143264" w:rsidRDefault="00331385" w:rsidP="00155FB7">
      <w:pPr>
        <w:jc w:val="both"/>
        <w:rPr>
          <w:i/>
          <w:iCs/>
        </w:rPr>
      </w:pPr>
      <w:r w:rsidRPr="00574633">
        <w:rPr>
          <w:i/>
          <w:iCs/>
        </w:rPr>
        <w:t>• Specify whether the co-financing amounts are confirmed or estimated.</w:t>
      </w:r>
    </w:p>
    <w:p w14:paraId="618D481B" w14:textId="11FB1F78" w:rsidR="000746B7" w:rsidRPr="00143264" w:rsidRDefault="00331385" w:rsidP="00155FB7">
      <w:pPr>
        <w:jc w:val="both"/>
        <w:rPr>
          <w:i/>
          <w:iCs/>
        </w:rPr>
      </w:pPr>
      <w:r w:rsidRPr="00C13824">
        <w:rPr>
          <w:i/>
          <w:iCs/>
        </w:rPr>
        <w:t xml:space="preserve">✏️ Example of a table to fill in: </w:t>
      </w:r>
    </w:p>
    <w:tbl>
      <w:tblPr>
        <w:tblStyle w:val="Grilledutableau"/>
        <w:tblW w:w="0" w:type="auto"/>
        <w:tblLook w:val="04A0" w:firstRow="1" w:lastRow="0" w:firstColumn="1" w:lastColumn="0" w:noHBand="0" w:noVBand="1"/>
      </w:tblPr>
      <w:tblGrid>
        <w:gridCol w:w="1235"/>
        <w:gridCol w:w="1232"/>
        <w:gridCol w:w="1233"/>
        <w:gridCol w:w="1232"/>
        <w:gridCol w:w="1233"/>
        <w:gridCol w:w="1232"/>
        <w:gridCol w:w="1233"/>
      </w:tblGrid>
      <w:tr w:rsidR="000746B7" w:rsidRPr="002F78A6" w14:paraId="778FF325" w14:textId="77777777">
        <w:tc>
          <w:tcPr>
            <w:tcW w:w="1234" w:type="dxa"/>
          </w:tcPr>
          <w:p w14:paraId="04140BC7" w14:textId="18082084" w:rsidR="000746B7" w:rsidRPr="002F78A6" w:rsidRDefault="009A660C" w:rsidP="00155FB7">
            <w:pPr>
              <w:jc w:val="both"/>
              <w:rPr>
                <w:lang w:val="fr-FR"/>
              </w:rPr>
            </w:pPr>
            <w:r>
              <w:t>Rubric</w:t>
            </w:r>
          </w:p>
        </w:tc>
        <w:tc>
          <w:tcPr>
            <w:tcW w:w="1234" w:type="dxa"/>
          </w:tcPr>
          <w:p w14:paraId="10148E37" w14:textId="77777777" w:rsidR="000746B7" w:rsidRPr="002F78A6" w:rsidRDefault="00331385" w:rsidP="00155FB7">
            <w:pPr>
              <w:jc w:val="both"/>
              <w:rPr>
                <w:lang w:val="fr-FR"/>
              </w:rPr>
            </w:pPr>
            <w:r w:rsidRPr="002F78A6">
              <w:t>Unit</w:t>
            </w:r>
          </w:p>
        </w:tc>
        <w:tc>
          <w:tcPr>
            <w:tcW w:w="1234" w:type="dxa"/>
          </w:tcPr>
          <w:p w14:paraId="7FA07AF1" w14:textId="77777777" w:rsidR="000746B7" w:rsidRPr="002F78A6" w:rsidRDefault="00331385" w:rsidP="00155FB7">
            <w:pPr>
              <w:jc w:val="both"/>
              <w:rPr>
                <w:lang w:val="fr-FR"/>
              </w:rPr>
            </w:pPr>
            <w:r w:rsidRPr="002F78A6">
              <w:t>Quantity</w:t>
            </w:r>
          </w:p>
        </w:tc>
        <w:tc>
          <w:tcPr>
            <w:tcW w:w="1234" w:type="dxa"/>
          </w:tcPr>
          <w:p w14:paraId="4A995AC6" w14:textId="77777777" w:rsidR="000746B7" w:rsidRPr="002F78A6" w:rsidRDefault="00331385" w:rsidP="00155FB7">
            <w:pPr>
              <w:jc w:val="both"/>
              <w:rPr>
                <w:lang w:val="fr-FR"/>
              </w:rPr>
            </w:pPr>
            <w:r w:rsidRPr="002F78A6">
              <w:t>Unit cost (€)</w:t>
            </w:r>
          </w:p>
        </w:tc>
        <w:tc>
          <w:tcPr>
            <w:tcW w:w="1234" w:type="dxa"/>
          </w:tcPr>
          <w:p w14:paraId="783C3511" w14:textId="77777777" w:rsidR="000746B7" w:rsidRPr="002F78A6" w:rsidRDefault="00331385" w:rsidP="00155FB7">
            <w:pPr>
              <w:jc w:val="both"/>
              <w:rPr>
                <w:lang w:val="fr-FR"/>
              </w:rPr>
            </w:pPr>
            <w:r w:rsidRPr="002F78A6">
              <w:t>Total amount (€)</w:t>
            </w:r>
          </w:p>
        </w:tc>
        <w:tc>
          <w:tcPr>
            <w:tcW w:w="1234" w:type="dxa"/>
          </w:tcPr>
          <w:p w14:paraId="38CCD6E5" w14:textId="77777777" w:rsidR="000746B7" w:rsidRPr="002F78A6" w:rsidRDefault="00331385" w:rsidP="00155FB7">
            <w:pPr>
              <w:jc w:val="both"/>
              <w:rPr>
                <w:lang w:val="fr-FR"/>
              </w:rPr>
            </w:pPr>
            <w:r w:rsidRPr="002F78A6">
              <w:t>PRCM (€)</w:t>
            </w:r>
          </w:p>
        </w:tc>
        <w:tc>
          <w:tcPr>
            <w:tcW w:w="1234" w:type="dxa"/>
          </w:tcPr>
          <w:p w14:paraId="255CE37D" w14:textId="77777777" w:rsidR="000746B7" w:rsidRPr="002F78A6" w:rsidRDefault="00331385" w:rsidP="00155FB7">
            <w:pPr>
              <w:jc w:val="both"/>
              <w:rPr>
                <w:lang w:val="fr-FR"/>
              </w:rPr>
            </w:pPr>
            <w:r w:rsidRPr="002F78A6">
              <w:t>Co-financing (€)</w:t>
            </w:r>
          </w:p>
        </w:tc>
      </w:tr>
      <w:tr w:rsidR="000746B7" w:rsidRPr="000736B3" w14:paraId="4908D2C2" w14:textId="77777777">
        <w:tc>
          <w:tcPr>
            <w:tcW w:w="1234" w:type="dxa"/>
          </w:tcPr>
          <w:p w14:paraId="686FD03E" w14:textId="2E99669B" w:rsidR="000746B7" w:rsidRPr="00143264" w:rsidRDefault="00331385" w:rsidP="00155FB7">
            <w:pPr>
              <w:jc w:val="both"/>
            </w:pPr>
            <w:r w:rsidRPr="002F78A6">
              <w:t>Ex: 5 women's training sessions on mangrove restoration</w:t>
            </w:r>
          </w:p>
        </w:tc>
        <w:tc>
          <w:tcPr>
            <w:tcW w:w="1234" w:type="dxa"/>
          </w:tcPr>
          <w:p w14:paraId="2494D9D4" w14:textId="77777777" w:rsidR="000746B7" w:rsidRPr="00143264" w:rsidRDefault="000746B7" w:rsidP="00155FB7">
            <w:pPr>
              <w:jc w:val="both"/>
            </w:pPr>
          </w:p>
        </w:tc>
        <w:tc>
          <w:tcPr>
            <w:tcW w:w="1234" w:type="dxa"/>
          </w:tcPr>
          <w:p w14:paraId="7D7564CA" w14:textId="77777777" w:rsidR="000746B7" w:rsidRPr="00143264" w:rsidRDefault="000746B7" w:rsidP="00155FB7">
            <w:pPr>
              <w:jc w:val="both"/>
            </w:pPr>
          </w:p>
        </w:tc>
        <w:tc>
          <w:tcPr>
            <w:tcW w:w="1234" w:type="dxa"/>
          </w:tcPr>
          <w:p w14:paraId="1BA8A43A" w14:textId="77777777" w:rsidR="000746B7" w:rsidRPr="00143264" w:rsidRDefault="000746B7" w:rsidP="00155FB7">
            <w:pPr>
              <w:jc w:val="both"/>
            </w:pPr>
          </w:p>
        </w:tc>
        <w:tc>
          <w:tcPr>
            <w:tcW w:w="1234" w:type="dxa"/>
          </w:tcPr>
          <w:p w14:paraId="2FB10EE0" w14:textId="77777777" w:rsidR="000746B7" w:rsidRPr="00143264" w:rsidRDefault="000746B7" w:rsidP="00155FB7">
            <w:pPr>
              <w:jc w:val="both"/>
            </w:pPr>
          </w:p>
        </w:tc>
        <w:tc>
          <w:tcPr>
            <w:tcW w:w="1234" w:type="dxa"/>
          </w:tcPr>
          <w:p w14:paraId="36947DFE" w14:textId="77777777" w:rsidR="000746B7" w:rsidRPr="00143264" w:rsidRDefault="000746B7" w:rsidP="00155FB7">
            <w:pPr>
              <w:jc w:val="both"/>
            </w:pPr>
          </w:p>
        </w:tc>
        <w:tc>
          <w:tcPr>
            <w:tcW w:w="1234" w:type="dxa"/>
          </w:tcPr>
          <w:p w14:paraId="79B25236" w14:textId="77777777" w:rsidR="000746B7" w:rsidRPr="00143264" w:rsidRDefault="000746B7" w:rsidP="00155FB7">
            <w:pPr>
              <w:jc w:val="both"/>
            </w:pPr>
          </w:p>
        </w:tc>
      </w:tr>
    </w:tbl>
    <w:p w14:paraId="728A40F4" w14:textId="77777777" w:rsidR="000746B7" w:rsidRPr="00143264" w:rsidRDefault="00331385" w:rsidP="00155FB7">
      <w:pPr>
        <w:pStyle w:val="Titre1"/>
        <w:jc w:val="both"/>
      </w:pPr>
      <w:r w:rsidRPr="002F78A6">
        <w:lastRenderedPageBreak/>
        <w:t>🟦 X. FINANCING PLAN</w:t>
      </w:r>
    </w:p>
    <w:p w14:paraId="3CEAC0BC" w14:textId="04A0E885" w:rsidR="000746B7" w:rsidRPr="00143264" w:rsidRDefault="00331385" w:rsidP="00155FB7">
      <w:pPr>
        <w:jc w:val="both"/>
        <w:rPr>
          <w:b/>
          <w:bCs/>
          <w:i/>
          <w:iCs/>
        </w:rPr>
      </w:pPr>
      <w:r w:rsidRPr="00574633">
        <w:rPr>
          <w:b/>
          <w:bCs/>
          <w:i/>
          <w:iCs/>
        </w:rPr>
        <w:t>Objective: To present in a synthetic way the different sources of funding for the project.</w:t>
      </w:r>
    </w:p>
    <w:p w14:paraId="14F0BBF3" w14:textId="77777777" w:rsidR="000746B7" w:rsidRPr="00143264" w:rsidRDefault="00331385" w:rsidP="002F78A6">
      <w:pPr>
        <w:pStyle w:val="Citationintense"/>
        <w:ind w:left="0"/>
        <w:jc w:val="both"/>
      </w:pPr>
      <w:r w:rsidRPr="002F78A6">
        <w:t>📘 Detailed instructions:</w:t>
      </w:r>
    </w:p>
    <w:p w14:paraId="72670FF9" w14:textId="77777777" w:rsidR="000746B7" w:rsidRPr="00143264" w:rsidRDefault="00331385" w:rsidP="00F2358F">
      <w:pPr>
        <w:spacing w:after="0"/>
        <w:jc w:val="both"/>
        <w:rPr>
          <w:i/>
          <w:iCs/>
        </w:rPr>
      </w:pPr>
      <w:r w:rsidRPr="002F78A6">
        <w:rPr>
          <w:i/>
          <w:iCs/>
        </w:rPr>
        <w:t>• Indicate for each donor or partner the expected amount and whether or not this funding is confirmed.</w:t>
      </w:r>
    </w:p>
    <w:p w14:paraId="76DCB439" w14:textId="77777777" w:rsidR="000746B7" w:rsidRPr="00143264" w:rsidRDefault="00331385" w:rsidP="00F2358F">
      <w:pPr>
        <w:spacing w:after="0"/>
        <w:jc w:val="both"/>
        <w:rPr>
          <w:i/>
          <w:iCs/>
        </w:rPr>
      </w:pPr>
      <w:r w:rsidRPr="002F78A6">
        <w:rPr>
          <w:i/>
          <w:iCs/>
        </w:rPr>
        <w:t>• The total should match the overall budget presented in the previous section.</w:t>
      </w:r>
    </w:p>
    <w:p w14:paraId="04E0FB3D" w14:textId="77777777" w:rsidR="00F2358F" w:rsidRPr="00143264" w:rsidRDefault="00F2358F" w:rsidP="00F2358F">
      <w:pPr>
        <w:spacing w:after="0"/>
        <w:jc w:val="both"/>
        <w:rPr>
          <w:i/>
          <w:iCs/>
        </w:rPr>
      </w:pPr>
    </w:p>
    <w:p w14:paraId="0BFAD6C9" w14:textId="77777777" w:rsidR="000746B7" w:rsidRPr="00143264" w:rsidRDefault="00331385" w:rsidP="00155FB7">
      <w:pPr>
        <w:jc w:val="both"/>
        <w:rPr>
          <w:i/>
          <w:iCs/>
        </w:rPr>
      </w:pPr>
      <w:r w:rsidRPr="00C13824">
        <w:rPr>
          <w:i/>
          <w:iCs/>
        </w:rPr>
        <w:t>✏️ Example of a table to fill in:</w:t>
      </w:r>
    </w:p>
    <w:tbl>
      <w:tblPr>
        <w:tblStyle w:val="Grilledutableau"/>
        <w:tblW w:w="0" w:type="auto"/>
        <w:tblLook w:val="04A0" w:firstRow="1" w:lastRow="0" w:firstColumn="1" w:lastColumn="0" w:noHBand="0" w:noVBand="1"/>
      </w:tblPr>
      <w:tblGrid>
        <w:gridCol w:w="2876"/>
        <w:gridCol w:w="2877"/>
        <w:gridCol w:w="2877"/>
      </w:tblGrid>
      <w:tr w:rsidR="000746B7" w:rsidRPr="00F2358F" w14:paraId="34EE854F" w14:textId="77777777">
        <w:tc>
          <w:tcPr>
            <w:tcW w:w="2880" w:type="dxa"/>
          </w:tcPr>
          <w:p w14:paraId="310E9C09" w14:textId="77777777" w:rsidR="000746B7" w:rsidRPr="00F2358F" w:rsidRDefault="00331385" w:rsidP="00155FB7">
            <w:pPr>
              <w:jc w:val="both"/>
              <w:rPr>
                <w:b/>
                <w:bCs/>
                <w:lang w:val="fr-FR"/>
              </w:rPr>
            </w:pPr>
            <w:r w:rsidRPr="00F2358F">
              <w:rPr>
                <w:b/>
                <w:bCs/>
              </w:rPr>
              <w:t>Source of funding</w:t>
            </w:r>
          </w:p>
        </w:tc>
        <w:tc>
          <w:tcPr>
            <w:tcW w:w="2880" w:type="dxa"/>
          </w:tcPr>
          <w:p w14:paraId="1884D5E5" w14:textId="77777777" w:rsidR="000746B7" w:rsidRPr="00F2358F" w:rsidRDefault="00331385" w:rsidP="00155FB7">
            <w:pPr>
              <w:jc w:val="both"/>
              <w:rPr>
                <w:b/>
                <w:bCs/>
                <w:lang w:val="fr-FR"/>
              </w:rPr>
            </w:pPr>
            <w:r w:rsidRPr="00F2358F">
              <w:rPr>
                <w:b/>
                <w:bCs/>
              </w:rPr>
              <w:t>Amount (€)</w:t>
            </w:r>
          </w:p>
        </w:tc>
        <w:tc>
          <w:tcPr>
            <w:tcW w:w="2880" w:type="dxa"/>
          </w:tcPr>
          <w:p w14:paraId="3B0E76C0" w14:textId="77777777" w:rsidR="000746B7" w:rsidRPr="00F2358F" w:rsidRDefault="00331385" w:rsidP="00155FB7">
            <w:pPr>
              <w:jc w:val="both"/>
              <w:rPr>
                <w:b/>
                <w:bCs/>
                <w:lang w:val="fr-FR"/>
              </w:rPr>
            </w:pPr>
            <w:r w:rsidRPr="00F2358F">
              <w:rPr>
                <w:b/>
                <w:bCs/>
              </w:rPr>
              <w:t>Confirmed (Yes/No)</w:t>
            </w:r>
          </w:p>
        </w:tc>
      </w:tr>
      <w:tr w:rsidR="000746B7" w:rsidRPr="002F78A6" w14:paraId="1CA73F0F" w14:textId="77777777">
        <w:tc>
          <w:tcPr>
            <w:tcW w:w="2880" w:type="dxa"/>
          </w:tcPr>
          <w:p w14:paraId="3D7CEE35" w14:textId="77777777" w:rsidR="000746B7" w:rsidRPr="002F78A6" w:rsidRDefault="00331385" w:rsidP="00155FB7">
            <w:pPr>
              <w:jc w:val="both"/>
              <w:rPr>
                <w:lang w:val="fr-FR"/>
              </w:rPr>
            </w:pPr>
            <w:r w:rsidRPr="002F78A6">
              <w:t>PRCM - WACA ResIP2</w:t>
            </w:r>
          </w:p>
        </w:tc>
        <w:tc>
          <w:tcPr>
            <w:tcW w:w="2880" w:type="dxa"/>
          </w:tcPr>
          <w:p w14:paraId="7CCB3E2B" w14:textId="630E5F06" w:rsidR="000746B7" w:rsidRPr="002F78A6" w:rsidRDefault="00155FB7" w:rsidP="00155FB7">
            <w:pPr>
              <w:jc w:val="both"/>
              <w:rPr>
                <w:lang w:val="fr-FR"/>
              </w:rPr>
            </w:pPr>
            <w:r w:rsidRPr="002F78A6">
              <w:t>Amount (€)</w:t>
            </w:r>
          </w:p>
        </w:tc>
        <w:tc>
          <w:tcPr>
            <w:tcW w:w="2880" w:type="dxa"/>
          </w:tcPr>
          <w:p w14:paraId="1C1CEC70" w14:textId="14EC002A" w:rsidR="000746B7" w:rsidRPr="002F78A6" w:rsidRDefault="00155FB7" w:rsidP="00155FB7">
            <w:pPr>
              <w:jc w:val="both"/>
              <w:rPr>
                <w:lang w:val="fr-FR"/>
              </w:rPr>
            </w:pPr>
            <w:r w:rsidRPr="002F78A6">
              <w:t>Confirmed (Yes/No)</w:t>
            </w:r>
          </w:p>
        </w:tc>
      </w:tr>
      <w:tr w:rsidR="00155FB7" w:rsidRPr="002F78A6" w14:paraId="20735727" w14:textId="77777777">
        <w:tc>
          <w:tcPr>
            <w:tcW w:w="2880" w:type="dxa"/>
          </w:tcPr>
          <w:p w14:paraId="1DDC88C0" w14:textId="61B71B71" w:rsidR="00155FB7" w:rsidRPr="002F78A6" w:rsidRDefault="009A660C" w:rsidP="00155FB7">
            <w:pPr>
              <w:jc w:val="both"/>
              <w:rPr>
                <w:lang w:val="fr-FR"/>
              </w:rPr>
            </w:pPr>
            <w:r>
              <w:t>Donor</w:t>
            </w:r>
            <w:r w:rsidR="00155FB7" w:rsidRPr="002F78A6">
              <w:t>1</w:t>
            </w:r>
          </w:p>
        </w:tc>
        <w:tc>
          <w:tcPr>
            <w:tcW w:w="2880" w:type="dxa"/>
          </w:tcPr>
          <w:p w14:paraId="3076E426" w14:textId="39605A9F" w:rsidR="00155FB7" w:rsidRPr="002F78A6" w:rsidRDefault="00155FB7" w:rsidP="00155FB7">
            <w:pPr>
              <w:jc w:val="both"/>
              <w:rPr>
                <w:lang w:val="fr-FR"/>
              </w:rPr>
            </w:pPr>
            <w:r w:rsidRPr="002F78A6">
              <w:t>Amount (€)</w:t>
            </w:r>
          </w:p>
        </w:tc>
        <w:tc>
          <w:tcPr>
            <w:tcW w:w="2880" w:type="dxa"/>
          </w:tcPr>
          <w:p w14:paraId="5C1B5AB2" w14:textId="3CCF1463" w:rsidR="00155FB7" w:rsidRPr="002F78A6" w:rsidRDefault="00155FB7" w:rsidP="00155FB7">
            <w:pPr>
              <w:jc w:val="both"/>
              <w:rPr>
                <w:lang w:val="fr-FR"/>
              </w:rPr>
            </w:pPr>
            <w:r w:rsidRPr="002F78A6">
              <w:t>Confirmed (Yes/No)</w:t>
            </w:r>
          </w:p>
        </w:tc>
      </w:tr>
      <w:tr w:rsidR="00155FB7" w:rsidRPr="002F78A6" w14:paraId="6761C468" w14:textId="77777777">
        <w:tc>
          <w:tcPr>
            <w:tcW w:w="2880" w:type="dxa"/>
          </w:tcPr>
          <w:p w14:paraId="79B96CEE" w14:textId="380CF619" w:rsidR="00155FB7" w:rsidRPr="002F78A6" w:rsidRDefault="00155FB7" w:rsidP="00155FB7">
            <w:pPr>
              <w:jc w:val="both"/>
              <w:rPr>
                <w:lang w:val="fr-FR"/>
              </w:rPr>
            </w:pPr>
            <w:r w:rsidRPr="002F78A6">
              <w:t>Donor 2</w:t>
            </w:r>
          </w:p>
        </w:tc>
        <w:tc>
          <w:tcPr>
            <w:tcW w:w="2880" w:type="dxa"/>
          </w:tcPr>
          <w:p w14:paraId="5994E52A" w14:textId="40815FC0" w:rsidR="00155FB7" w:rsidRPr="002F78A6" w:rsidRDefault="00155FB7" w:rsidP="00155FB7">
            <w:pPr>
              <w:jc w:val="both"/>
              <w:rPr>
                <w:lang w:val="fr-FR"/>
              </w:rPr>
            </w:pPr>
            <w:r w:rsidRPr="002F78A6">
              <w:t>Amount (€)</w:t>
            </w:r>
          </w:p>
        </w:tc>
        <w:tc>
          <w:tcPr>
            <w:tcW w:w="2880" w:type="dxa"/>
          </w:tcPr>
          <w:p w14:paraId="40285C17" w14:textId="6F4DFE97" w:rsidR="00155FB7" w:rsidRPr="002F78A6" w:rsidRDefault="00155FB7" w:rsidP="00155FB7">
            <w:pPr>
              <w:jc w:val="both"/>
              <w:rPr>
                <w:lang w:val="fr-FR"/>
              </w:rPr>
            </w:pPr>
            <w:r w:rsidRPr="002F78A6">
              <w:t>Confirmed (Yes/No)</w:t>
            </w:r>
          </w:p>
        </w:tc>
      </w:tr>
      <w:tr w:rsidR="00155FB7" w:rsidRPr="002F78A6" w14:paraId="62C6D1F9" w14:textId="77777777">
        <w:tc>
          <w:tcPr>
            <w:tcW w:w="2880" w:type="dxa"/>
          </w:tcPr>
          <w:p w14:paraId="5FE0EEAA" w14:textId="36B11309" w:rsidR="00155FB7" w:rsidRPr="002F78A6" w:rsidRDefault="00155FB7" w:rsidP="00155FB7">
            <w:pPr>
              <w:jc w:val="both"/>
              <w:rPr>
                <w:lang w:val="fr-FR"/>
              </w:rPr>
            </w:pPr>
            <w:r w:rsidRPr="002F78A6">
              <w:t>Donor 3</w:t>
            </w:r>
          </w:p>
        </w:tc>
        <w:tc>
          <w:tcPr>
            <w:tcW w:w="2880" w:type="dxa"/>
          </w:tcPr>
          <w:p w14:paraId="5330CD0B" w14:textId="3E43285C" w:rsidR="00155FB7" w:rsidRPr="002F78A6" w:rsidRDefault="00155FB7" w:rsidP="00155FB7">
            <w:pPr>
              <w:jc w:val="both"/>
              <w:rPr>
                <w:lang w:val="fr-FR"/>
              </w:rPr>
            </w:pPr>
            <w:r w:rsidRPr="002F78A6">
              <w:t>Amount (€)</w:t>
            </w:r>
          </w:p>
        </w:tc>
        <w:tc>
          <w:tcPr>
            <w:tcW w:w="2880" w:type="dxa"/>
          </w:tcPr>
          <w:p w14:paraId="1236FE4F" w14:textId="1E2CE4E3" w:rsidR="00155FB7" w:rsidRPr="002F78A6" w:rsidRDefault="00155FB7" w:rsidP="00155FB7">
            <w:pPr>
              <w:jc w:val="both"/>
              <w:rPr>
                <w:lang w:val="fr-FR"/>
              </w:rPr>
            </w:pPr>
            <w:r w:rsidRPr="002F78A6">
              <w:t>Confirmed (Yes/No)</w:t>
            </w:r>
          </w:p>
        </w:tc>
      </w:tr>
    </w:tbl>
    <w:p w14:paraId="572AE908" w14:textId="77777777" w:rsidR="000746B7" w:rsidRPr="00143264" w:rsidRDefault="00331385" w:rsidP="00155FB7">
      <w:pPr>
        <w:pStyle w:val="Titre1"/>
        <w:jc w:val="both"/>
      </w:pPr>
      <w:r w:rsidRPr="002F78A6">
        <w:t>🟦 XI. MONITORING AND EVALUATION SYSTEM</w:t>
      </w:r>
    </w:p>
    <w:p w14:paraId="243AB5CB" w14:textId="6EA76395" w:rsidR="000746B7" w:rsidRPr="00143264" w:rsidRDefault="00331385" w:rsidP="00155FB7">
      <w:pPr>
        <w:jc w:val="both"/>
        <w:rPr>
          <w:b/>
          <w:bCs/>
          <w:i/>
          <w:iCs/>
        </w:rPr>
      </w:pPr>
      <w:r w:rsidRPr="00574633">
        <w:rPr>
          <w:b/>
          <w:bCs/>
          <w:i/>
          <w:iCs/>
        </w:rPr>
        <w:t>Objective: To demonstrate that you will be able to track, measure, and report on the results of the project.</w:t>
      </w:r>
    </w:p>
    <w:p w14:paraId="7B5CF712" w14:textId="77777777" w:rsidR="000746B7" w:rsidRPr="00143264" w:rsidRDefault="00331385" w:rsidP="00F2358F">
      <w:pPr>
        <w:pStyle w:val="Citationintense"/>
        <w:ind w:left="0"/>
        <w:jc w:val="both"/>
      </w:pPr>
      <w:r w:rsidRPr="00574633">
        <w:t>📘 Detailed instructions:</w:t>
      </w:r>
    </w:p>
    <w:p w14:paraId="387F74EF" w14:textId="43DC4577" w:rsidR="000746B7" w:rsidRPr="00143264" w:rsidRDefault="00331385" w:rsidP="00F2358F">
      <w:pPr>
        <w:spacing w:after="0"/>
        <w:jc w:val="both"/>
        <w:rPr>
          <w:i/>
          <w:iCs/>
        </w:rPr>
      </w:pPr>
      <w:r w:rsidRPr="00F2358F">
        <w:rPr>
          <w:i/>
          <w:iCs/>
        </w:rPr>
        <w:t xml:space="preserve">• Set clear </w:t>
      </w:r>
      <w:r w:rsidR="009A660C">
        <w:rPr>
          <w:i/>
          <w:iCs/>
        </w:rPr>
        <w:t>indicators</w:t>
      </w:r>
      <w:r w:rsidRPr="00F2358F">
        <w:rPr>
          <w:i/>
          <w:iCs/>
        </w:rPr>
        <w:t xml:space="preserve"> for each expected outcome. Use SMART (Specific, Measurable, Achievable, Realistic, Time-bound) </w:t>
      </w:r>
      <w:r w:rsidR="009A660C">
        <w:rPr>
          <w:i/>
          <w:iCs/>
        </w:rPr>
        <w:t>indicators</w:t>
      </w:r>
      <w:r w:rsidRPr="00F2358F">
        <w:rPr>
          <w:i/>
          <w:iCs/>
        </w:rPr>
        <w:t>.</w:t>
      </w:r>
    </w:p>
    <w:p w14:paraId="0CB5D75C" w14:textId="7461B0D2" w:rsidR="000746B7" w:rsidRPr="00143264" w:rsidRDefault="00331385" w:rsidP="00F2358F">
      <w:pPr>
        <w:spacing w:after="0"/>
        <w:jc w:val="both"/>
        <w:rPr>
          <w:i/>
          <w:iCs/>
        </w:rPr>
      </w:pPr>
      <w:r w:rsidRPr="00F2358F">
        <w:rPr>
          <w:i/>
          <w:iCs/>
        </w:rPr>
        <w:t>• Specify the baseline, the target to be achieved, the source of verification</w:t>
      </w:r>
      <w:r w:rsidR="009A660C">
        <w:rPr>
          <w:i/>
          <w:iCs/>
        </w:rPr>
        <w:t>,</w:t>
      </w:r>
      <w:r w:rsidRPr="00F2358F">
        <w:rPr>
          <w:i/>
          <w:iCs/>
        </w:rPr>
        <w:t xml:space="preserve"> and the frequency of collection.</w:t>
      </w:r>
    </w:p>
    <w:p w14:paraId="3713926E" w14:textId="77777777" w:rsidR="000746B7" w:rsidRPr="00143264" w:rsidRDefault="00331385" w:rsidP="00F2358F">
      <w:pPr>
        <w:spacing w:after="0"/>
        <w:jc w:val="both"/>
        <w:rPr>
          <w:i/>
          <w:iCs/>
        </w:rPr>
      </w:pPr>
      <w:r w:rsidRPr="00F2358F">
        <w:rPr>
          <w:i/>
          <w:iCs/>
        </w:rPr>
        <w:t>• Use a structured table.</w:t>
      </w:r>
    </w:p>
    <w:p w14:paraId="315E5560" w14:textId="77777777" w:rsidR="00F2358F" w:rsidRPr="00143264" w:rsidRDefault="00F2358F" w:rsidP="00F2358F">
      <w:pPr>
        <w:spacing w:after="0"/>
        <w:jc w:val="both"/>
        <w:rPr>
          <w:i/>
          <w:iCs/>
        </w:rPr>
      </w:pPr>
    </w:p>
    <w:p w14:paraId="04E54DAC" w14:textId="77777777" w:rsidR="000746B7" w:rsidRPr="00143264" w:rsidRDefault="00331385" w:rsidP="00155FB7">
      <w:pPr>
        <w:jc w:val="both"/>
        <w:rPr>
          <w:i/>
          <w:iCs/>
        </w:rPr>
      </w:pPr>
      <w:r w:rsidRPr="00C13824">
        <w:rPr>
          <w:i/>
          <w:iCs/>
        </w:rPr>
        <w:t>✏️ Example of a table to fill in:</w:t>
      </w:r>
    </w:p>
    <w:tbl>
      <w:tblPr>
        <w:tblStyle w:val="Grilledutableau"/>
        <w:tblW w:w="0" w:type="auto"/>
        <w:tblLook w:val="04A0" w:firstRow="1" w:lastRow="0" w:firstColumn="1" w:lastColumn="0" w:noHBand="0" w:noVBand="1"/>
      </w:tblPr>
      <w:tblGrid>
        <w:gridCol w:w="1439"/>
        <w:gridCol w:w="1438"/>
        <w:gridCol w:w="1438"/>
        <w:gridCol w:w="1438"/>
        <w:gridCol w:w="1438"/>
        <w:gridCol w:w="1439"/>
      </w:tblGrid>
      <w:tr w:rsidR="000746B7" w:rsidRPr="00F2358F" w14:paraId="56A0AC33" w14:textId="77777777">
        <w:tc>
          <w:tcPr>
            <w:tcW w:w="1440" w:type="dxa"/>
          </w:tcPr>
          <w:p w14:paraId="6BE16C70" w14:textId="77777777" w:rsidR="000746B7" w:rsidRPr="00F2358F" w:rsidRDefault="00331385" w:rsidP="00155FB7">
            <w:pPr>
              <w:jc w:val="both"/>
              <w:rPr>
                <w:lang w:val="fr-FR"/>
              </w:rPr>
            </w:pPr>
            <w:r w:rsidRPr="00F2358F">
              <w:t>Expected result</w:t>
            </w:r>
          </w:p>
        </w:tc>
        <w:tc>
          <w:tcPr>
            <w:tcW w:w="1440" w:type="dxa"/>
          </w:tcPr>
          <w:p w14:paraId="420A044A" w14:textId="77777777" w:rsidR="000746B7" w:rsidRPr="00F2358F" w:rsidRDefault="00331385" w:rsidP="00155FB7">
            <w:pPr>
              <w:jc w:val="both"/>
              <w:rPr>
                <w:lang w:val="fr-FR"/>
              </w:rPr>
            </w:pPr>
            <w:r w:rsidRPr="00F2358F">
              <w:t>SMART Indicator</w:t>
            </w:r>
          </w:p>
        </w:tc>
        <w:tc>
          <w:tcPr>
            <w:tcW w:w="1440" w:type="dxa"/>
          </w:tcPr>
          <w:p w14:paraId="1553719D" w14:textId="77777777" w:rsidR="000746B7" w:rsidRPr="00F2358F" w:rsidRDefault="00331385" w:rsidP="00155FB7">
            <w:pPr>
              <w:jc w:val="both"/>
              <w:rPr>
                <w:lang w:val="fr-FR"/>
              </w:rPr>
            </w:pPr>
            <w:r w:rsidRPr="00F2358F">
              <w:t>Initial situation</w:t>
            </w:r>
          </w:p>
        </w:tc>
        <w:tc>
          <w:tcPr>
            <w:tcW w:w="1440" w:type="dxa"/>
          </w:tcPr>
          <w:p w14:paraId="3D3A48A3" w14:textId="77777777" w:rsidR="000746B7" w:rsidRPr="00F2358F" w:rsidRDefault="00331385" w:rsidP="00155FB7">
            <w:pPr>
              <w:jc w:val="both"/>
              <w:rPr>
                <w:lang w:val="fr-FR"/>
              </w:rPr>
            </w:pPr>
            <w:r w:rsidRPr="00F2358F">
              <w:t>Target</w:t>
            </w:r>
          </w:p>
        </w:tc>
        <w:tc>
          <w:tcPr>
            <w:tcW w:w="1440" w:type="dxa"/>
          </w:tcPr>
          <w:p w14:paraId="00015C53" w14:textId="77777777" w:rsidR="000746B7" w:rsidRPr="00F2358F" w:rsidRDefault="00331385" w:rsidP="00155FB7">
            <w:pPr>
              <w:jc w:val="both"/>
              <w:rPr>
                <w:lang w:val="fr-FR"/>
              </w:rPr>
            </w:pPr>
            <w:r w:rsidRPr="00F2358F">
              <w:t>Source of Audit</w:t>
            </w:r>
          </w:p>
        </w:tc>
        <w:tc>
          <w:tcPr>
            <w:tcW w:w="1440" w:type="dxa"/>
          </w:tcPr>
          <w:p w14:paraId="4F3F9E17" w14:textId="77777777" w:rsidR="000746B7" w:rsidRPr="00F2358F" w:rsidRDefault="00331385" w:rsidP="00155FB7">
            <w:pPr>
              <w:jc w:val="both"/>
              <w:rPr>
                <w:lang w:val="fr-FR"/>
              </w:rPr>
            </w:pPr>
            <w:r w:rsidRPr="00F2358F">
              <w:t>Follow-up frequency</w:t>
            </w:r>
          </w:p>
        </w:tc>
      </w:tr>
      <w:tr w:rsidR="000746B7" w:rsidRPr="00331385" w14:paraId="15C7C654" w14:textId="77777777">
        <w:tc>
          <w:tcPr>
            <w:tcW w:w="1440" w:type="dxa"/>
          </w:tcPr>
          <w:p w14:paraId="6CFB120B" w14:textId="77777777" w:rsidR="000746B7" w:rsidRPr="00143264" w:rsidRDefault="00331385" w:rsidP="00155FB7">
            <w:pPr>
              <w:jc w:val="both"/>
            </w:pPr>
            <w:r w:rsidRPr="00F2358F">
              <w:t>E.g. 100 ha of mangroves restored</w:t>
            </w:r>
          </w:p>
        </w:tc>
        <w:tc>
          <w:tcPr>
            <w:tcW w:w="1440" w:type="dxa"/>
          </w:tcPr>
          <w:p w14:paraId="76F010F3" w14:textId="77777777" w:rsidR="000746B7" w:rsidRPr="00143264" w:rsidRDefault="000746B7" w:rsidP="00155FB7">
            <w:pPr>
              <w:jc w:val="both"/>
            </w:pPr>
          </w:p>
        </w:tc>
        <w:tc>
          <w:tcPr>
            <w:tcW w:w="1440" w:type="dxa"/>
          </w:tcPr>
          <w:p w14:paraId="72C73C20" w14:textId="77777777" w:rsidR="000746B7" w:rsidRPr="00143264" w:rsidRDefault="000746B7" w:rsidP="00155FB7">
            <w:pPr>
              <w:jc w:val="both"/>
            </w:pPr>
          </w:p>
        </w:tc>
        <w:tc>
          <w:tcPr>
            <w:tcW w:w="1440" w:type="dxa"/>
          </w:tcPr>
          <w:p w14:paraId="605A8F95" w14:textId="77777777" w:rsidR="000746B7" w:rsidRPr="00143264" w:rsidRDefault="000746B7" w:rsidP="00155FB7">
            <w:pPr>
              <w:jc w:val="both"/>
            </w:pPr>
          </w:p>
        </w:tc>
        <w:tc>
          <w:tcPr>
            <w:tcW w:w="1440" w:type="dxa"/>
          </w:tcPr>
          <w:p w14:paraId="0D433FFE" w14:textId="77777777" w:rsidR="000746B7" w:rsidRPr="00143264" w:rsidRDefault="000746B7" w:rsidP="00155FB7">
            <w:pPr>
              <w:jc w:val="both"/>
            </w:pPr>
          </w:p>
        </w:tc>
        <w:tc>
          <w:tcPr>
            <w:tcW w:w="1440" w:type="dxa"/>
          </w:tcPr>
          <w:p w14:paraId="67FAA639" w14:textId="77777777" w:rsidR="000746B7" w:rsidRPr="00143264" w:rsidRDefault="000746B7" w:rsidP="00155FB7">
            <w:pPr>
              <w:jc w:val="both"/>
            </w:pPr>
          </w:p>
        </w:tc>
      </w:tr>
    </w:tbl>
    <w:p w14:paraId="2C105464" w14:textId="77777777" w:rsidR="000746B7" w:rsidRPr="00143264" w:rsidRDefault="00331385" w:rsidP="00155FB7">
      <w:pPr>
        <w:pStyle w:val="Titre1"/>
        <w:jc w:val="both"/>
      </w:pPr>
      <w:r w:rsidRPr="00F2358F">
        <w:t>🟦 XII. CHECKLIST BEFORE SUBMISSION AND SUPPORTING DOCUMENTS</w:t>
      </w:r>
    </w:p>
    <w:p w14:paraId="09824BEF" w14:textId="00AC5CCB" w:rsidR="000746B7" w:rsidRPr="00143264" w:rsidRDefault="00331385" w:rsidP="00155FB7">
      <w:pPr>
        <w:jc w:val="both"/>
        <w:rPr>
          <w:b/>
          <w:bCs/>
          <w:i/>
          <w:iCs/>
        </w:rPr>
      </w:pPr>
      <w:r w:rsidRPr="00142C71">
        <w:rPr>
          <w:b/>
          <w:bCs/>
          <w:i/>
          <w:iCs/>
        </w:rPr>
        <w:t>Objective: To verify that the file is complete before sending.</w:t>
      </w:r>
    </w:p>
    <w:p w14:paraId="66A7CDDD" w14:textId="62E3479A" w:rsidR="000746B7" w:rsidRPr="00143264" w:rsidRDefault="00331385" w:rsidP="00F2358F">
      <w:pPr>
        <w:pStyle w:val="Citationintense"/>
        <w:ind w:left="0"/>
        <w:jc w:val="both"/>
      </w:pPr>
      <w:r w:rsidRPr="00142C71">
        <w:t>📘 To check:</w:t>
      </w:r>
    </w:p>
    <w:p w14:paraId="4E918069" w14:textId="77777777" w:rsidR="000746B7" w:rsidRPr="00143264" w:rsidRDefault="00331385" w:rsidP="00155FB7">
      <w:pPr>
        <w:jc w:val="both"/>
      </w:pPr>
      <w:r w:rsidRPr="00331385">
        <w:lastRenderedPageBreak/>
        <w:t>☐ Form completed in full</w:t>
      </w:r>
    </w:p>
    <w:p w14:paraId="3EF80FEA" w14:textId="77777777" w:rsidR="000746B7" w:rsidRPr="00143264" w:rsidRDefault="00331385" w:rsidP="00155FB7">
      <w:pPr>
        <w:jc w:val="both"/>
      </w:pPr>
      <w:r w:rsidRPr="00331385">
        <w:t>☐ Detailed budget</w:t>
      </w:r>
    </w:p>
    <w:p w14:paraId="4D8760B2" w14:textId="77777777" w:rsidR="000746B7" w:rsidRPr="00143264" w:rsidRDefault="00331385" w:rsidP="00155FB7">
      <w:pPr>
        <w:jc w:val="both"/>
      </w:pPr>
      <w:r w:rsidRPr="00331385">
        <w:t>☐ Financing plan</w:t>
      </w:r>
    </w:p>
    <w:p w14:paraId="5D955A97" w14:textId="77777777" w:rsidR="000746B7" w:rsidRPr="00143264" w:rsidRDefault="00331385" w:rsidP="00155FB7">
      <w:pPr>
        <w:jc w:val="both"/>
      </w:pPr>
      <w:r w:rsidRPr="00331385">
        <w:t>☐ Detailed timeline</w:t>
      </w:r>
    </w:p>
    <w:p w14:paraId="45C12919" w14:textId="77777777" w:rsidR="000746B7" w:rsidRPr="00143264" w:rsidRDefault="00331385" w:rsidP="00155FB7">
      <w:pPr>
        <w:jc w:val="both"/>
      </w:pPr>
      <w:r w:rsidRPr="00331385">
        <w:t>☐ Team member CVs</w:t>
      </w:r>
    </w:p>
    <w:p w14:paraId="1E52808C" w14:textId="77777777" w:rsidR="000746B7" w:rsidRPr="00143264" w:rsidRDefault="00331385" w:rsidP="00155FB7">
      <w:pPr>
        <w:jc w:val="both"/>
      </w:pPr>
      <w:r w:rsidRPr="00331385">
        <w:t>☐ Legal status</w:t>
      </w:r>
    </w:p>
    <w:p w14:paraId="5E1A33E1" w14:textId="77777777" w:rsidR="000746B7" w:rsidRPr="00143264" w:rsidRDefault="00331385" w:rsidP="00155FB7">
      <w:pPr>
        <w:jc w:val="both"/>
      </w:pPr>
      <w:r w:rsidRPr="00331385">
        <w:t>☐ Map of the intervention area</w:t>
      </w:r>
    </w:p>
    <w:p w14:paraId="2E452158" w14:textId="42D746E8" w:rsidR="000746B7" w:rsidRPr="00143264" w:rsidRDefault="00331385" w:rsidP="00155FB7">
      <w:pPr>
        <w:jc w:val="both"/>
      </w:pPr>
      <w:r w:rsidRPr="00C13824">
        <w:t>☐ Logical framework</w:t>
      </w:r>
    </w:p>
    <w:p w14:paraId="262312D4" w14:textId="0DE7D840" w:rsidR="001E7B83" w:rsidRPr="00143264" w:rsidRDefault="001E7B83" w:rsidP="001E7B83">
      <w:pPr>
        <w:jc w:val="both"/>
      </w:pPr>
      <w:r w:rsidRPr="00C13824">
        <w:rPr>
          <w:rFonts w:ascii="Segoe UI Symbol" w:hAnsi="Segoe UI Symbol" w:cs="Segoe UI Symbol"/>
        </w:rPr>
        <w:t>☐</w:t>
      </w:r>
      <w:r w:rsidRPr="00C13824">
        <w:t xml:space="preserve"> Monitoring and evaluation system</w:t>
      </w:r>
    </w:p>
    <w:p w14:paraId="4274BF1C" w14:textId="1E7F0B93" w:rsidR="001E7B83" w:rsidRPr="00143264" w:rsidRDefault="001E7B83" w:rsidP="00155FB7">
      <w:pPr>
        <w:jc w:val="both"/>
      </w:pPr>
    </w:p>
    <w:sectPr w:rsidR="001E7B83" w:rsidRPr="0014326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33755F3E"/>
    <w:multiLevelType w:val="hybridMultilevel"/>
    <w:tmpl w:val="26923C50"/>
    <w:lvl w:ilvl="0" w:tplc="ABA2D112">
      <w:start w:val="8"/>
      <w:numFmt w:val="bullet"/>
      <w:lvlText w:val="-"/>
      <w:lvlJc w:val="left"/>
      <w:pPr>
        <w:ind w:left="720" w:hanging="360"/>
      </w:pPr>
      <w:rPr>
        <w:rFonts w:ascii="Times New Roman" w:eastAsiaTheme="minorEastAsia" w:hAnsi="Times New Roman" w:cs="Times New Roman" w:hint="default"/>
        <w:i w:val="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7174254">
    <w:abstractNumId w:val="8"/>
  </w:num>
  <w:num w:numId="2" w16cid:durableId="780346775">
    <w:abstractNumId w:val="6"/>
  </w:num>
  <w:num w:numId="3" w16cid:durableId="1239897706">
    <w:abstractNumId w:val="5"/>
  </w:num>
  <w:num w:numId="4" w16cid:durableId="538052431">
    <w:abstractNumId w:val="4"/>
  </w:num>
  <w:num w:numId="5" w16cid:durableId="194512564">
    <w:abstractNumId w:val="7"/>
  </w:num>
  <w:num w:numId="6" w16cid:durableId="977799415">
    <w:abstractNumId w:val="3"/>
  </w:num>
  <w:num w:numId="7" w16cid:durableId="763494944">
    <w:abstractNumId w:val="2"/>
  </w:num>
  <w:num w:numId="8" w16cid:durableId="671831334">
    <w:abstractNumId w:val="1"/>
  </w:num>
  <w:num w:numId="9" w16cid:durableId="1445034866">
    <w:abstractNumId w:val="0"/>
  </w:num>
  <w:num w:numId="10" w16cid:durableId="9217641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6B3"/>
    <w:rsid w:val="000746B7"/>
    <w:rsid w:val="000B1585"/>
    <w:rsid w:val="00100C6A"/>
    <w:rsid w:val="00142C71"/>
    <w:rsid w:val="00143264"/>
    <w:rsid w:val="0015074B"/>
    <w:rsid w:val="00155FB7"/>
    <w:rsid w:val="00156DE3"/>
    <w:rsid w:val="001C3D45"/>
    <w:rsid w:val="001E7B83"/>
    <w:rsid w:val="00217D13"/>
    <w:rsid w:val="00234AA1"/>
    <w:rsid w:val="002818D7"/>
    <w:rsid w:val="0029639D"/>
    <w:rsid w:val="002E19BC"/>
    <w:rsid w:val="002F78A6"/>
    <w:rsid w:val="003004BB"/>
    <w:rsid w:val="00326F90"/>
    <w:rsid w:val="00331385"/>
    <w:rsid w:val="00385708"/>
    <w:rsid w:val="003D4282"/>
    <w:rsid w:val="0042442D"/>
    <w:rsid w:val="00446044"/>
    <w:rsid w:val="00552C2D"/>
    <w:rsid w:val="00574633"/>
    <w:rsid w:val="005B3B56"/>
    <w:rsid w:val="005B4093"/>
    <w:rsid w:val="005D6C19"/>
    <w:rsid w:val="00646B62"/>
    <w:rsid w:val="00705C2B"/>
    <w:rsid w:val="0070721B"/>
    <w:rsid w:val="00811511"/>
    <w:rsid w:val="00840116"/>
    <w:rsid w:val="0084385A"/>
    <w:rsid w:val="00863CE8"/>
    <w:rsid w:val="00865733"/>
    <w:rsid w:val="008E1474"/>
    <w:rsid w:val="00932ECD"/>
    <w:rsid w:val="00963C3A"/>
    <w:rsid w:val="009812F4"/>
    <w:rsid w:val="009A660C"/>
    <w:rsid w:val="009F1590"/>
    <w:rsid w:val="009F1C46"/>
    <w:rsid w:val="00A8189F"/>
    <w:rsid w:val="00AA1D8D"/>
    <w:rsid w:val="00AA3B35"/>
    <w:rsid w:val="00AC56DC"/>
    <w:rsid w:val="00B47730"/>
    <w:rsid w:val="00B70456"/>
    <w:rsid w:val="00C11AB3"/>
    <w:rsid w:val="00C13824"/>
    <w:rsid w:val="00C13F0B"/>
    <w:rsid w:val="00CB0664"/>
    <w:rsid w:val="00CD40F0"/>
    <w:rsid w:val="00D13D2B"/>
    <w:rsid w:val="00D36BD2"/>
    <w:rsid w:val="00D605C2"/>
    <w:rsid w:val="00D75651"/>
    <w:rsid w:val="00DA3BFF"/>
    <w:rsid w:val="00E81601"/>
    <w:rsid w:val="00E841F8"/>
    <w:rsid w:val="00EE45ED"/>
    <w:rsid w:val="00F2358F"/>
    <w:rsid w:val="00F236AF"/>
    <w:rsid w:val="00F72785"/>
    <w:rsid w:val="00F90281"/>
    <w:rsid w:val="00FA18D2"/>
    <w:rsid w:val="00FB651D"/>
    <w:rsid w:val="00FB6D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A359B2"/>
  <w14:defaultImageDpi w14:val="300"/>
  <w15:docId w15:val="{EA436CA6-77DA-F34A-AA0B-519F38292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Marquedecommentaire">
    <w:name w:val="annotation reference"/>
    <w:basedOn w:val="Policepardfaut"/>
    <w:uiPriority w:val="99"/>
    <w:semiHidden/>
    <w:unhideWhenUsed/>
    <w:rsid w:val="00155FB7"/>
    <w:rPr>
      <w:sz w:val="16"/>
      <w:szCs w:val="16"/>
    </w:rPr>
  </w:style>
  <w:style w:type="paragraph" w:styleId="Commentaire">
    <w:name w:val="annotation text"/>
    <w:basedOn w:val="Normal"/>
    <w:link w:val="CommentaireCar"/>
    <w:uiPriority w:val="99"/>
    <w:unhideWhenUsed/>
    <w:rsid w:val="00155FB7"/>
    <w:pPr>
      <w:spacing w:line="240" w:lineRule="auto"/>
    </w:pPr>
    <w:rPr>
      <w:sz w:val="20"/>
      <w:szCs w:val="20"/>
    </w:rPr>
  </w:style>
  <w:style w:type="character" w:customStyle="1" w:styleId="CommentaireCar">
    <w:name w:val="Commentaire Car"/>
    <w:basedOn w:val="Policepardfaut"/>
    <w:link w:val="Commentaire"/>
    <w:uiPriority w:val="99"/>
    <w:rsid w:val="00155FB7"/>
    <w:rPr>
      <w:rFonts w:ascii="Calibri" w:hAnsi="Calibri"/>
      <w:sz w:val="20"/>
      <w:szCs w:val="20"/>
    </w:rPr>
  </w:style>
  <w:style w:type="paragraph" w:styleId="Objetducommentaire">
    <w:name w:val="annotation subject"/>
    <w:basedOn w:val="Commentaire"/>
    <w:next w:val="Commentaire"/>
    <w:link w:val="ObjetducommentaireCar"/>
    <w:uiPriority w:val="99"/>
    <w:semiHidden/>
    <w:unhideWhenUsed/>
    <w:rsid w:val="00155FB7"/>
    <w:rPr>
      <w:b/>
      <w:bCs/>
    </w:rPr>
  </w:style>
  <w:style w:type="character" w:customStyle="1" w:styleId="ObjetducommentaireCar">
    <w:name w:val="Objet du commentaire Car"/>
    <w:basedOn w:val="CommentaireCar"/>
    <w:link w:val="Objetducommentaire"/>
    <w:uiPriority w:val="99"/>
    <w:semiHidden/>
    <w:rsid w:val="00155FB7"/>
    <w:rPr>
      <w:rFonts w:ascii="Calibri" w:hAnsi="Calibri"/>
      <w:b/>
      <w:bCs/>
      <w:sz w:val="20"/>
      <w:szCs w:val="20"/>
    </w:rPr>
  </w:style>
  <w:style w:type="paragraph" w:styleId="Rvision">
    <w:name w:val="Revision"/>
    <w:hidden/>
    <w:uiPriority w:val="99"/>
    <w:semiHidden/>
    <w:rsid w:val="000736B3"/>
    <w:pPr>
      <w:spacing w:after="0" w:line="240" w:lineRule="auto"/>
    </w:pPr>
    <w:rPr>
      <w:rFonts w:ascii="Calibri" w:hAnsi="Calibri"/>
    </w:rPr>
  </w:style>
  <w:style w:type="character" w:styleId="Textedelespacerserv">
    <w:name w:val="Placeholder Text"/>
    <w:basedOn w:val="Policepardfaut"/>
    <w:uiPriority w:val="99"/>
    <w:semiHidden/>
    <w:rsid w:val="009A660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1782</Words>
  <Characters>9803</Characters>
  <Application>Microsoft Office Word</Application>
  <DocSecurity>0</DocSecurity>
  <Lines>81</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Eve Cabo</cp:lastModifiedBy>
  <cp:revision>2</cp:revision>
  <dcterms:created xsi:type="dcterms:W3CDTF">2025-07-07T17:16:00Z</dcterms:created>
  <dcterms:modified xsi:type="dcterms:W3CDTF">2025-07-07T17:16:00Z</dcterms:modified>
  <cp:category/>
</cp:coreProperties>
</file>