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B490" w14:textId="3E3356D5" w:rsidR="00331385" w:rsidRDefault="00E541DC">
      <w:pPr>
        <w:pStyle w:val="Titre"/>
      </w:pPr>
      <w:r>
        <w:rPr>
          <w:noProof/>
        </w:rPr>
        <mc:AlternateContent>
          <mc:Choice Requires="wpg">
            <w:drawing>
              <wp:anchor distT="0" distB="0" distL="114300" distR="114300" simplePos="0" relativeHeight="251659264" behindDoc="0" locked="0" layoutInCell="1" allowOverlap="1" wp14:anchorId="64DDA786" wp14:editId="56EABE02">
                <wp:simplePos x="0" y="0"/>
                <wp:positionH relativeFrom="column">
                  <wp:posOffset>-90674</wp:posOffset>
                </wp:positionH>
                <wp:positionV relativeFrom="paragraph">
                  <wp:posOffset>-694740</wp:posOffset>
                </wp:positionV>
                <wp:extent cx="4901863" cy="737870"/>
                <wp:effectExtent l="0" t="0" r="635" b="0"/>
                <wp:wrapNone/>
                <wp:docPr id="753864823" name="Groupe 3"/>
                <wp:cNvGraphicFramePr/>
                <a:graphic xmlns:a="http://schemas.openxmlformats.org/drawingml/2006/main">
                  <a:graphicData uri="http://schemas.microsoft.com/office/word/2010/wordprocessingGroup">
                    <wpg:wgp>
                      <wpg:cNvGrpSpPr/>
                      <wpg:grpSpPr>
                        <a:xfrm>
                          <a:off x="0" y="0"/>
                          <a:ext cx="4901863" cy="737870"/>
                          <a:chOff x="68511" y="-69618"/>
                          <a:chExt cx="4901863" cy="737870"/>
                        </a:xfrm>
                      </wpg:grpSpPr>
                      <pic:pic xmlns:pic="http://schemas.openxmlformats.org/drawingml/2006/picture">
                        <pic:nvPicPr>
                          <pic:cNvPr id="1846672851" name="Picture 1" descr="Une image contenant texte, Police, Graphique, logo&#10;&#10;Le contenu généré par l’IA peut êtr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8511" y="-69618"/>
                            <a:ext cx="1461770" cy="737870"/>
                          </a:xfrm>
                          <a:prstGeom prst="rect">
                            <a:avLst/>
                          </a:prstGeom>
                        </pic:spPr>
                      </pic:pic>
                      <pic:pic xmlns:pic="http://schemas.openxmlformats.org/drawingml/2006/picture">
                        <pic:nvPicPr>
                          <pic:cNvPr id="557969498" name="Image 1" descr="UEMOA_Officiel (@UEMOA_Officiel) / X"/>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341724" y="-69524"/>
                            <a:ext cx="628650" cy="628650"/>
                          </a:xfrm>
                          <a:prstGeom prst="rect">
                            <a:avLst/>
                          </a:prstGeom>
                          <a:noFill/>
                          <a:ln>
                            <a:noFill/>
                          </a:ln>
                        </pic:spPr>
                      </pic:pic>
                      <pic:pic xmlns:pic="http://schemas.openxmlformats.org/drawingml/2006/picture">
                        <pic:nvPicPr>
                          <pic:cNvPr id="1164108029" name="Image 2" descr="Une image contenant dessin humoristique, clipart, Graphique, illustration&#10;&#10;Le contenu généré par l’IA peut êtr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157865" y="40957"/>
                            <a:ext cx="1419860" cy="5149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F876BA" id="Groupe 3" o:spid="_x0000_s1026" style="position:absolute;margin-left:-7.15pt;margin-top:-54.7pt;width:385.95pt;height:58.1pt;z-index:251659264;mso-width-relative:margin;mso-height-relative:margin" coordorigin="685,-696" coordsize="49018,73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Une image contenant texte, Police, Graphique, logo&#10;&#10;Le contenu généré par l’IA peut être incorrect." style="position:absolute;left:685;top:-696;width:14617;height:7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">
                  <v:imagedata r:id="rId11" o:title="Une image contenant texte, Police, Graphique, logo&#10;&#10;Le contenu généré par l’IA peut être incorrect"/>
                </v:shape>
                <v:shape id="Image 1" o:spid="_x0000_s1028" type="#_x0000_t75" alt="UEMOA_Officiel (@UEMOA_Officiel) / X" style="position:absolute;left:43417;top:-695;width:6286;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">
                  <v:imagedata r:id="rId12" o:title=" X"/>
                </v:shape>
                <v:shape id="Image 2" o:spid="_x0000_s1029" type="#_x0000_t75" alt="Une image contenant dessin humoristique, clipart, Graphique, illustration&#10;&#10;Le contenu généré par l’IA peut être incorrect." style="position:absolute;left:21578;top:409;width:14199;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">
                  <v:imagedata r:id="rId13" o:title="Une image contenant dessin humoristique, clipart, Graphique, illustration&#10;&#10;Le contenu généré par l’IA peut être incorrect"/>
                </v:shape>
              </v:group>
            </w:pict>
          </mc:Fallback>
        </mc:AlternateContent>
      </w:r>
    </w:p>
    <w:p w14:paraId="4599A4BF" w14:textId="09C85BFD" w:rsidR="000746B7" w:rsidRPr="000C0EA2" w:rsidRDefault="00331385">
      <w:pPr>
        <w:pStyle w:val="Titre"/>
      </w:pPr>
      <w:r>
        <w:t>📘 FULL APP FORM (PRCM / WACA ResIP)</w:t>
      </w:r>
    </w:p>
    <w:p w14:paraId="2E90A2EE" w14:textId="074B44FF" w:rsidR="008020AD" w:rsidRDefault="008020AD" w:rsidP="00155FB7">
      <w:pPr>
        <w:pStyle w:val="Titre1"/>
        <w:jc w:val="both"/>
        <w:rPr>
          <w:i/>
          <w:iCs/>
          <w:sz w:val="22"/>
          <w:szCs w:val="22"/>
        </w:rPr>
      </w:pPr>
      <w:r w:rsidRPr="008020AD">
        <w:rPr>
          <w:i/>
          <w:iCs/>
          <w:sz w:val="22"/>
          <w:szCs w:val="22"/>
        </w:rPr>
        <w:t xml:space="preserve">This form is the official framework </w:t>
      </w:r>
      <w:r>
        <w:rPr>
          <w:i/>
          <w:iCs/>
          <w:sz w:val="22"/>
          <w:szCs w:val="22"/>
        </w:rPr>
        <w:t>for</w:t>
      </w:r>
      <w:r w:rsidRPr="008020AD">
        <w:rPr>
          <w:i/>
          <w:iCs/>
          <w:sz w:val="22"/>
          <w:szCs w:val="22"/>
        </w:rPr>
        <w:t xml:space="preserve"> use by any candidate wishing to submit a complete project within the PRCM/WACA/</w:t>
      </w:r>
      <w:proofErr w:type="spellStart"/>
      <w:r w:rsidRPr="008020AD">
        <w:rPr>
          <w:i/>
          <w:iCs/>
          <w:sz w:val="22"/>
          <w:szCs w:val="22"/>
        </w:rPr>
        <w:t>ResIP</w:t>
      </w:r>
      <w:proofErr w:type="spellEnd"/>
      <w:r w:rsidRPr="008020AD">
        <w:rPr>
          <w:i/>
          <w:iCs/>
          <w:sz w:val="22"/>
          <w:szCs w:val="22"/>
        </w:rPr>
        <w:t xml:space="preserve"> Call for Action Research Projects</w:t>
      </w:r>
      <w:r>
        <w:rPr>
          <w:i/>
          <w:iCs/>
          <w:sz w:val="22"/>
          <w:szCs w:val="22"/>
        </w:rPr>
        <w:t xml:space="preserve"> (CFARPs)</w:t>
      </w:r>
      <w:r w:rsidRPr="008020AD">
        <w:rPr>
          <w:i/>
          <w:iCs/>
          <w:sz w:val="22"/>
          <w:szCs w:val="22"/>
        </w:rPr>
        <w:t>. The italicized instructions (including this one) provide guidelines to help you write each section. They must be deleted in the final version sent to the PRCM.</w:t>
      </w:r>
    </w:p>
    <w:p w14:paraId="0F2BAEC2" w14:textId="11314060" w:rsidR="000746B7" w:rsidRPr="000C0EA2" w:rsidRDefault="00331385" w:rsidP="004012F2">
      <w:pPr>
        <w:pStyle w:val="Titre1"/>
        <w:spacing w:before="360"/>
        <w:jc w:val="both"/>
      </w:pPr>
      <w:r w:rsidRPr="00F90281">
        <w:t xml:space="preserve">🟦 I. GENERAL INFORMATION </w:t>
      </w:r>
      <w:r w:rsidR="008020AD">
        <w:t>ABOUT</w:t>
      </w:r>
      <w:r w:rsidRPr="00F90281">
        <w:t xml:space="preserve"> THE PROJECT</w:t>
      </w:r>
    </w:p>
    <w:p w14:paraId="5060D1DC" w14:textId="77777777" w:rsidR="008020AD" w:rsidRPr="008020AD" w:rsidRDefault="008020AD" w:rsidP="004012F2">
      <w:pPr>
        <w:pStyle w:val="Citationintense"/>
        <w:spacing w:after="240"/>
        <w:ind w:left="0" w:right="0"/>
        <w:jc w:val="both"/>
        <w:rPr>
          <w:b w:val="0"/>
          <w:bCs w:val="0"/>
          <w:color w:val="auto"/>
        </w:rPr>
      </w:pPr>
      <w:r w:rsidRPr="008020AD">
        <w:rPr>
          <w:color w:val="auto"/>
        </w:rPr>
        <w:t xml:space="preserve">Objective: </w:t>
      </w:r>
      <w:r w:rsidRPr="008020AD">
        <w:rPr>
          <w:b w:val="0"/>
          <w:bCs w:val="0"/>
          <w:color w:val="auto"/>
        </w:rPr>
        <w:t xml:space="preserve">This section aims to provide basic information about the project and the lead research institution. It helps verify that the project aligns with the priorities of the WACA </w:t>
      </w:r>
      <w:proofErr w:type="spellStart"/>
      <w:r w:rsidRPr="008020AD">
        <w:rPr>
          <w:b w:val="0"/>
          <w:bCs w:val="0"/>
          <w:color w:val="auto"/>
        </w:rPr>
        <w:t>ResIP</w:t>
      </w:r>
      <w:proofErr w:type="spellEnd"/>
      <w:r w:rsidRPr="008020AD">
        <w:rPr>
          <w:b w:val="0"/>
          <w:bCs w:val="0"/>
          <w:color w:val="auto"/>
        </w:rPr>
        <w:t xml:space="preserve"> program and that the supporting research institution is properly identified. Each field must be filled out accurately.</w:t>
      </w:r>
    </w:p>
    <w:p w14:paraId="2618BFEE" w14:textId="17BD332C" w:rsidR="00705C2B" w:rsidRPr="000C0EA2" w:rsidRDefault="00705C2B" w:rsidP="00705C2B">
      <w:pPr>
        <w:pStyle w:val="Citationintense"/>
        <w:ind w:left="0"/>
        <w:jc w:val="both"/>
      </w:pPr>
      <w:r w:rsidRPr="00705C2B">
        <w:t>📘 Detailed instructions:</w:t>
      </w:r>
    </w:p>
    <w:p w14:paraId="4BA91D36" w14:textId="613B5110" w:rsidR="008020AD" w:rsidRPr="008020AD" w:rsidRDefault="008020AD" w:rsidP="008020AD">
      <w:pPr>
        <w:pStyle w:val="Paragraphedeliste"/>
        <w:numPr>
          <w:ilvl w:val="0"/>
          <w:numId w:val="11"/>
        </w:numPr>
        <w:spacing w:after="0"/>
        <w:jc w:val="both"/>
        <w:rPr>
          <w:i/>
          <w:iCs/>
        </w:rPr>
      </w:pPr>
      <w:r w:rsidRPr="008020AD">
        <w:rPr>
          <w:i/>
          <w:iCs/>
        </w:rPr>
        <w:t xml:space="preserve">The project title should be clear, precise, and reflect the </w:t>
      </w:r>
      <w:r>
        <w:rPr>
          <w:i/>
          <w:iCs/>
        </w:rPr>
        <w:t>primary</w:t>
      </w:r>
      <w:r w:rsidRPr="008020AD">
        <w:rPr>
          <w:i/>
          <w:iCs/>
        </w:rPr>
        <w:t xml:space="preserve"> goal of your intervention. </w:t>
      </w:r>
    </w:p>
    <w:p w14:paraId="31D28818" w14:textId="08FCF409" w:rsidR="008020AD" w:rsidRPr="008020AD" w:rsidRDefault="008020AD" w:rsidP="008020AD">
      <w:pPr>
        <w:pStyle w:val="Paragraphedeliste"/>
        <w:numPr>
          <w:ilvl w:val="0"/>
          <w:numId w:val="11"/>
        </w:numPr>
        <w:spacing w:after="0"/>
        <w:jc w:val="both"/>
        <w:rPr>
          <w:i/>
          <w:iCs/>
        </w:rPr>
      </w:pPr>
      <w:r w:rsidRPr="008020AD">
        <w:rPr>
          <w:i/>
          <w:iCs/>
        </w:rPr>
        <w:t xml:space="preserve">The selected theme must align with the priorities of the call. Check only one box. </w:t>
      </w:r>
    </w:p>
    <w:p w14:paraId="74BBD4A3" w14:textId="326EC507" w:rsidR="008020AD" w:rsidRPr="008020AD" w:rsidRDefault="008020AD" w:rsidP="008020AD">
      <w:pPr>
        <w:pStyle w:val="Paragraphedeliste"/>
        <w:numPr>
          <w:ilvl w:val="0"/>
          <w:numId w:val="11"/>
        </w:numPr>
        <w:spacing w:after="0"/>
        <w:jc w:val="both"/>
        <w:rPr>
          <w:i/>
          <w:iCs/>
        </w:rPr>
      </w:pPr>
      <w:r w:rsidRPr="008020AD">
        <w:rPr>
          <w:i/>
          <w:iCs/>
        </w:rPr>
        <w:t>The research institution must be specified (</w:t>
      </w:r>
      <w:r>
        <w:rPr>
          <w:i/>
          <w:iCs/>
        </w:rPr>
        <w:t xml:space="preserve">e.g., </w:t>
      </w:r>
      <w:r w:rsidRPr="008020AD">
        <w:rPr>
          <w:i/>
          <w:iCs/>
        </w:rPr>
        <w:t>universities, applied research centers, specialized laboratories, scientific consortia)</w:t>
      </w:r>
      <w:r>
        <w:rPr>
          <w:i/>
          <w:iCs/>
        </w:rPr>
        <w:t>,</w:t>
      </w:r>
      <w:r w:rsidRPr="008020AD">
        <w:rPr>
          <w:i/>
          <w:iCs/>
        </w:rPr>
        <w:t xml:space="preserve"> and the relevant legal document </w:t>
      </w:r>
      <w:r>
        <w:rPr>
          <w:i/>
          <w:iCs/>
        </w:rPr>
        <w:t xml:space="preserve">must be </w:t>
      </w:r>
      <w:r w:rsidRPr="008020AD">
        <w:rPr>
          <w:i/>
          <w:iCs/>
        </w:rPr>
        <w:t xml:space="preserve">attached. </w:t>
      </w:r>
    </w:p>
    <w:p w14:paraId="64D95BD6" w14:textId="667E7CA6" w:rsidR="008020AD" w:rsidRPr="008020AD" w:rsidRDefault="008020AD" w:rsidP="008020AD">
      <w:pPr>
        <w:pStyle w:val="Paragraphedeliste"/>
        <w:numPr>
          <w:ilvl w:val="0"/>
          <w:numId w:val="11"/>
        </w:numPr>
        <w:spacing w:after="0"/>
        <w:jc w:val="both"/>
        <w:rPr>
          <w:i/>
          <w:iCs/>
        </w:rPr>
      </w:pPr>
      <w:r w:rsidRPr="008020AD">
        <w:rPr>
          <w:i/>
          <w:iCs/>
        </w:rPr>
        <w:t xml:space="preserve">Indicate the intervention area(s) with accurate geographical markers if possible. </w:t>
      </w:r>
    </w:p>
    <w:p w14:paraId="01A50CDE" w14:textId="6344072F" w:rsidR="008020AD" w:rsidRPr="008020AD" w:rsidRDefault="008020AD" w:rsidP="008020AD">
      <w:pPr>
        <w:pStyle w:val="Paragraphedeliste"/>
        <w:numPr>
          <w:ilvl w:val="0"/>
          <w:numId w:val="11"/>
        </w:numPr>
        <w:spacing w:after="0"/>
        <w:jc w:val="both"/>
        <w:rPr>
          <w:i/>
          <w:iCs/>
        </w:rPr>
      </w:pPr>
      <w:r w:rsidRPr="008020AD">
        <w:rPr>
          <w:i/>
          <w:iCs/>
        </w:rPr>
        <w:t xml:space="preserve">The total amount should include the PRCM contribution and all other expected contributions. </w:t>
      </w:r>
    </w:p>
    <w:p w14:paraId="75F3D89E" w14:textId="55E36A7F" w:rsidR="008020AD" w:rsidRDefault="008020AD" w:rsidP="008020AD">
      <w:pPr>
        <w:pStyle w:val="Paragraphedeliste"/>
        <w:numPr>
          <w:ilvl w:val="0"/>
          <w:numId w:val="11"/>
        </w:numPr>
        <w:spacing w:after="0"/>
        <w:jc w:val="both"/>
        <w:rPr>
          <w:i/>
          <w:iCs/>
        </w:rPr>
      </w:pPr>
      <w:r w:rsidRPr="008020AD">
        <w:rPr>
          <w:i/>
          <w:iCs/>
        </w:rPr>
        <w:t>If you are part of a consortium, specify each member's role and attach a letter of commitment from the members.</w:t>
      </w:r>
    </w:p>
    <w:p w14:paraId="56886C62" w14:textId="77777777" w:rsidR="008020AD" w:rsidRPr="008020AD" w:rsidRDefault="008020AD" w:rsidP="008020AD">
      <w:pPr>
        <w:pStyle w:val="Paragraphedeliste"/>
        <w:spacing w:after="0"/>
        <w:jc w:val="both"/>
        <w:rPr>
          <w:i/>
          <w:iCs/>
        </w:rPr>
      </w:pPr>
    </w:p>
    <w:p w14:paraId="369AD8F7" w14:textId="47029516" w:rsidR="00F90281" w:rsidRPr="000C0EA2" w:rsidRDefault="00F90281" w:rsidP="008020AD">
      <w:pPr>
        <w:jc w:val="both"/>
        <w:rPr>
          <w:b/>
          <w:bCs/>
          <w:i/>
          <w:iCs/>
        </w:rPr>
      </w:pPr>
      <w:r w:rsidRPr="00F90281">
        <w:rPr>
          <w:b/>
          <w:bCs/>
        </w:rPr>
        <w:t xml:space="preserve">Full title of the project </w:t>
      </w:r>
      <w:r w:rsidRPr="00F90281">
        <w:rPr>
          <w:b/>
          <w:bCs/>
          <w:i/>
          <w:iCs/>
        </w:rPr>
        <w:t>(</w:t>
      </w:r>
      <w:r w:rsidR="008020AD">
        <w:rPr>
          <w:i/>
          <w:iCs/>
        </w:rPr>
        <w:t>t</w:t>
      </w:r>
      <w:r w:rsidRPr="00F90281">
        <w:rPr>
          <w:i/>
          <w:iCs/>
        </w:rPr>
        <w:t>o be completed by the applicant)</w:t>
      </w:r>
    </w:p>
    <w:p w14:paraId="6D825E1C" w14:textId="7F34DF1C" w:rsidR="000746B7" w:rsidRPr="000C0EA2" w:rsidRDefault="00331385" w:rsidP="00155FB7">
      <w:pPr>
        <w:jc w:val="both"/>
        <w:rPr>
          <w:i/>
          <w:iCs/>
        </w:rPr>
      </w:pPr>
      <w:r w:rsidRPr="00574633">
        <w:rPr>
          <w:i/>
          <w:iCs/>
        </w:rPr>
        <w:t xml:space="preserve">📌 Please fill </w:t>
      </w:r>
      <w:r w:rsidR="008020AD">
        <w:rPr>
          <w:i/>
          <w:iCs/>
        </w:rPr>
        <w:t>out</w:t>
      </w:r>
      <w:r w:rsidRPr="00574633">
        <w:rPr>
          <w:i/>
          <w:iCs/>
        </w:rPr>
        <w:t xml:space="preserve"> the table below with the requested information</w:t>
      </w:r>
    </w:p>
    <w:tbl>
      <w:tblPr>
        <w:tblStyle w:val="Grilledutableau"/>
        <w:tblW w:w="0" w:type="auto"/>
        <w:tblLook w:val="04A0" w:firstRow="1" w:lastRow="0" w:firstColumn="1" w:lastColumn="0" w:noHBand="0" w:noVBand="1"/>
      </w:tblPr>
      <w:tblGrid>
        <w:gridCol w:w="4315"/>
        <w:gridCol w:w="4315"/>
      </w:tblGrid>
      <w:tr w:rsidR="000746B7" w:rsidRPr="000736B3" w14:paraId="0C58FA12" w14:textId="77777777">
        <w:tc>
          <w:tcPr>
            <w:tcW w:w="4320" w:type="dxa"/>
          </w:tcPr>
          <w:p w14:paraId="3D6144F8" w14:textId="77777777" w:rsidR="00E42260" w:rsidRDefault="000725F9">
            <w:r>
              <w:t>Main theme of the call for research projects (tick ONLY ONE theme):</w:t>
            </w:r>
          </w:p>
          <w:p w14:paraId="579FAE0B" w14:textId="77777777" w:rsidR="00E42260" w:rsidRPr="006504DE" w:rsidRDefault="000725F9">
            <w:pPr>
              <w:rPr>
                <w:color w:val="000000" w:themeColor="text1"/>
              </w:rPr>
            </w:pPr>
            <w:r w:rsidRPr="006504DE">
              <w:rPr>
                <w:color w:val="000000" w:themeColor="text1"/>
              </w:rPr>
              <w:t xml:space="preserve">☐ Theme 1. Analysis of coastal dynamics and risk modelling </w:t>
            </w:r>
          </w:p>
          <w:p w14:paraId="23E4AE92" w14:textId="77777777" w:rsidR="00E42260" w:rsidRPr="006504DE" w:rsidRDefault="000725F9">
            <w:pPr>
              <w:rPr>
                <w:color w:val="000000" w:themeColor="text1"/>
              </w:rPr>
            </w:pPr>
            <w:r w:rsidRPr="006504DE">
              <w:rPr>
                <w:color w:val="000000" w:themeColor="text1"/>
              </w:rPr>
              <w:lastRenderedPageBreak/>
              <w:t xml:space="preserve">☐ Theme 2. Environmental Governance and Public Policy </w:t>
            </w:r>
          </w:p>
          <w:p w14:paraId="1709D0F6" w14:textId="77777777" w:rsidR="00E42260" w:rsidRPr="006504DE" w:rsidRDefault="000725F9">
            <w:pPr>
              <w:rPr>
                <w:color w:val="000000" w:themeColor="text1"/>
              </w:rPr>
            </w:pPr>
            <w:r w:rsidRPr="006504DE">
              <w:rPr>
                <w:color w:val="000000" w:themeColor="text1"/>
              </w:rPr>
              <w:t xml:space="preserve">☐ Theme 3. Nature-based solutions and green technologies </w:t>
            </w:r>
          </w:p>
          <w:p w14:paraId="6EA23080" w14:textId="77777777" w:rsidR="00E42260" w:rsidRPr="006504DE" w:rsidRDefault="000725F9">
            <w:pPr>
              <w:rPr>
                <w:color w:val="000000" w:themeColor="text1"/>
              </w:rPr>
            </w:pPr>
            <w:r w:rsidRPr="006504DE">
              <w:rPr>
                <w:color w:val="000000" w:themeColor="text1"/>
              </w:rPr>
              <w:t xml:space="preserve">☐ Theme 4. Socio-anthropology and community resilience </w:t>
            </w:r>
          </w:p>
          <w:p w14:paraId="5F2B951C" w14:textId="77777777" w:rsidR="00E42260" w:rsidRDefault="000725F9">
            <w:r w:rsidRPr="006504DE">
              <w:rPr>
                <w:color w:val="000000" w:themeColor="text1"/>
              </w:rPr>
              <w:t xml:space="preserve">☐ Theme 5. Capitalization and scientific valorization </w:t>
            </w:r>
          </w:p>
        </w:tc>
        <w:tc>
          <w:tcPr>
            <w:tcW w:w="4320" w:type="dxa"/>
          </w:tcPr>
          <w:p w14:paraId="260441B1" w14:textId="77777777" w:rsidR="000746B7" w:rsidRPr="000C0EA2" w:rsidRDefault="00331385" w:rsidP="00155FB7">
            <w:pPr>
              <w:jc w:val="both"/>
              <w:rPr>
                <w:i/>
                <w:iCs/>
              </w:rPr>
            </w:pPr>
            <w:r w:rsidRPr="00F90281">
              <w:rPr>
                <w:i/>
                <w:iCs/>
              </w:rPr>
              <w:lastRenderedPageBreak/>
              <w:t>To be completed by the candidate</w:t>
            </w:r>
          </w:p>
        </w:tc>
      </w:tr>
      <w:tr w:rsidR="000746B7" w:rsidRPr="000736B3" w14:paraId="672174FD" w14:textId="77777777">
        <w:tc>
          <w:tcPr>
            <w:tcW w:w="4320" w:type="dxa"/>
          </w:tcPr>
          <w:p w14:paraId="4C7E450D" w14:textId="77777777" w:rsidR="000746B7" w:rsidRPr="00F90281" w:rsidRDefault="00331385" w:rsidP="00155FB7">
            <w:pPr>
              <w:jc w:val="both"/>
              <w:rPr>
                <w:lang w:val="fr-FR"/>
              </w:rPr>
            </w:pPr>
            <w:r w:rsidRPr="00F90281">
              <w:rPr>
                <w:b/>
                <w:bCs/>
              </w:rPr>
              <w:t xml:space="preserve">Candidate's full name </w:t>
            </w:r>
          </w:p>
        </w:tc>
        <w:tc>
          <w:tcPr>
            <w:tcW w:w="4320" w:type="dxa"/>
          </w:tcPr>
          <w:p w14:paraId="232BECA0" w14:textId="77777777" w:rsidR="000746B7" w:rsidRPr="000C0EA2" w:rsidRDefault="00331385" w:rsidP="00155FB7">
            <w:pPr>
              <w:jc w:val="both"/>
              <w:rPr>
                <w:i/>
                <w:iCs/>
              </w:rPr>
            </w:pPr>
            <w:r w:rsidRPr="00F90281">
              <w:rPr>
                <w:i/>
                <w:iCs/>
              </w:rPr>
              <w:t>To be completed by the candidate</w:t>
            </w:r>
          </w:p>
        </w:tc>
      </w:tr>
      <w:tr w:rsidR="000746B7" w:rsidRPr="000736B3" w14:paraId="2B923A6E" w14:textId="77777777">
        <w:tc>
          <w:tcPr>
            <w:tcW w:w="4320" w:type="dxa"/>
          </w:tcPr>
          <w:p w14:paraId="0991F6F7" w14:textId="77777777" w:rsidR="000746B7" w:rsidRPr="000C0EA2" w:rsidRDefault="00331385" w:rsidP="00155FB7">
            <w:pPr>
              <w:jc w:val="both"/>
            </w:pPr>
            <w:r w:rsidRPr="006504DE">
              <w:rPr>
                <w:color w:val="000000" w:themeColor="text1"/>
              </w:rPr>
              <w:t>Legal status of the applicant (recognized academic or research institution)</w:t>
            </w:r>
          </w:p>
        </w:tc>
        <w:tc>
          <w:tcPr>
            <w:tcW w:w="4320" w:type="dxa"/>
          </w:tcPr>
          <w:p w14:paraId="3FBC082B" w14:textId="77777777" w:rsidR="000746B7" w:rsidRPr="000C0EA2" w:rsidRDefault="00331385" w:rsidP="00155FB7">
            <w:pPr>
              <w:jc w:val="both"/>
              <w:rPr>
                <w:i/>
                <w:iCs/>
              </w:rPr>
            </w:pPr>
            <w:r w:rsidRPr="00F90281">
              <w:rPr>
                <w:i/>
                <w:iCs/>
              </w:rPr>
              <w:t>To be completed by the candidate</w:t>
            </w:r>
          </w:p>
        </w:tc>
      </w:tr>
      <w:tr w:rsidR="000746B7" w:rsidRPr="000736B3" w14:paraId="0D378FC4" w14:textId="77777777">
        <w:tc>
          <w:tcPr>
            <w:tcW w:w="4320" w:type="dxa"/>
          </w:tcPr>
          <w:p w14:paraId="23D85B84" w14:textId="77777777" w:rsidR="000746B7" w:rsidRPr="00F90281" w:rsidRDefault="00331385" w:rsidP="00155FB7">
            <w:pPr>
              <w:jc w:val="both"/>
              <w:rPr>
                <w:b/>
                <w:bCs/>
                <w:lang w:val="fr-FR"/>
              </w:rPr>
            </w:pPr>
            <w:r w:rsidRPr="00F90281">
              <w:rPr>
                <w:b/>
                <w:bCs/>
              </w:rPr>
              <w:t>Country of intervention</w:t>
            </w:r>
          </w:p>
        </w:tc>
        <w:tc>
          <w:tcPr>
            <w:tcW w:w="4320" w:type="dxa"/>
          </w:tcPr>
          <w:p w14:paraId="3E3B8A5B" w14:textId="77777777" w:rsidR="000746B7" w:rsidRPr="000C0EA2" w:rsidRDefault="00331385" w:rsidP="00155FB7">
            <w:pPr>
              <w:jc w:val="both"/>
              <w:rPr>
                <w:i/>
                <w:iCs/>
              </w:rPr>
            </w:pPr>
            <w:r w:rsidRPr="00F90281">
              <w:rPr>
                <w:i/>
                <w:iCs/>
              </w:rPr>
              <w:t>To be completed by the candidate</w:t>
            </w:r>
          </w:p>
        </w:tc>
      </w:tr>
      <w:tr w:rsidR="000746B7" w:rsidRPr="000736B3" w14:paraId="31C1BD22" w14:textId="77777777">
        <w:tc>
          <w:tcPr>
            <w:tcW w:w="4320" w:type="dxa"/>
          </w:tcPr>
          <w:p w14:paraId="2793095A" w14:textId="77777777" w:rsidR="000746B7" w:rsidRPr="000C0EA2" w:rsidRDefault="00331385" w:rsidP="00155FB7">
            <w:pPr>
              <w:jc w:val="both"/>
            </w:pPr>
            <w:r w:rsidRPr="00F90281">
              <w:rPr>
                <w:b/>
                <w:bCs/>
              </w:rPr>
              <w:t xml:space="preserve">Precise geographical area </w:t>
            </w:r>
            <w:r w:rsidRPr="00F90281">
              <w:rPr>
                <w:i/>
                <w:iCs/>
              </w:rPr>
              <w:t>(describe the locality, municipality, region concerned)</w:t>
            </w:r>
          </w:p>
        </w:tc>
        <w:tc>
          <w:tcPr>
            <w:tcW w:w="4320" w:type="dxa"/>
          </w:tcPr>
          <w:p w14:paraId="4EDA8F8C" w14:textId="77777777" w:rsidR="000746B7" w:rsidRPr="000C0EA2" w:rsidRDefault="00331385" w:rsidP="00155FB7">
            <w:pPr>
              <w:jc w:val="both"/>
              <w:rPr>
                <w:i/>
                <w:iCs/>
              </w:rPr>
            </w:pPr>
            <w:r w:rsidRPr="00F90281">
              <w:rPr>
                <w:i/>
                <w:iCs/>
              </w:rPr>
              <w:t>To be completed by the candidate</w:t>
            </w:r>
          </w:p>
        </w:tc>
      </w:tr>
      <w:tr w:rsidR="000746B7" w:rsidRPr="000736B3" w14:paraId="5E7ACD81" w14:textId="77777777">
        <w:tc>
          <w:tcPr>
            <w:tcW w:w="4320" w:type="dxa"/>
          </w:tcPr>
          <w:p w14:paraId="7081A1EE" w14:textId="77777777" w:rsidR="000746B7" w:rsidRPr="000C0EA2" w:rsidRDefault="00331385" w:rsidP="00155FB7">
            <w:pPr>
              <w:jc w:val="both"/>
            </w:pPr>
            <w:r w:rsidRPr="00F90281">
              <w:rPr>
                <w:b/>
                <w:bCs/>
              </w:rPr>
              <w:t xml:space="preserve">Estimated duration of the project </w:t>
            </w:r>
            <w:r w:rsidRPr="00F90281">
              <w:rPr>
                <w:i/>
                <w:iCs/>
              </w:rPr>
              <w:t>(in months)</w:t>
            </w:r>
          </w:p>
        </w:tc>
        <w:tc>
          <w:tcPr>
            <w:tcW w:w="4320" w:type="dxa"/>
          </w:tcPr>
          <w:p w14:paraId="382E2CD6" w14:textId="77777777" w:rsidR="000746B7" w:rsidRPr="000C0EA2" w:rsidRDefault="00331385" w:rsidP="00155FB7">
            <w:pPr>
              <w:jc w:val="both"/>
              <w:rPr>
                <w:i/>
                <w:iCs/>
              </w:rPr>
            </w:pPr>
            <w:r w:rsidRPr="00F90281">
              <w:rPr>
                <w:i/>
                <w:iCs/>
              </w:rPr>
              <w:t>To be completed by the candidate</w:t>
            </w:r>
          </w:p>
        </w:tc>
      </w:tr>
      <w:tr w:rsidR="000746B7" w:rsidRPr="000736B3" w14:paraId="139222F3" w14:textId="77777777">
        <w:tc>
          <w:tcPr>
            <w:tcW w:w="4320" w:type="dxa"/>
          </w:tcPr>
          <w:p w14:paraId="282ABDCF" w14:textId="77777777" w:rsidR="000746B7" w:rsidRPr="000C0EA2" w:rsidRDefault="00331385" w:rsidP="00155FB7">
            <w:pPr>
              <w:jc w:val="both"/>
            </w:pPr>
            <w:r w:rsidRPr="00F90281">
              <w:rPr>
                <w:b/>
                <w:bCs/>
              </w:rPr>
              <w:t xml:space="preserve">Total amount of the project </w:t>
            </w:r>
            <w:r w:rsidRPr="00F90281">
              <w:rPr>
                <w:i/>
                <w:iCs/>
              </w:rPr>
              <w:t>(in euros)</w:t>
            </w:r>
          </w:p>
        </w:tc>
        <w:tc>
          <w:tcPr>
            <w:tcW w:w="4320" w:type="dxa"/>
          </w:tcPr>
          <w:p w14:paraId="0AC06FEA" w14:textId="77777777" w:rsidR="000746B7" w:rsidRPr="000C0EA2" w:rsidRDefault="00331385" w:rsidP="00155FB7">
            <w:pPr>
              <w:jc w:val="both"/>
              <w:rPr>
                <w:i/>
                <w:iCs/>
              </w:rPr>
            </w:pPr>
            <w:r w:rsidRPr="00F90281">
              <w:rPr>
                <w:i/>
                <w:iCs/>
              </w:rPr>
              <w:t>To be completed by the candidate</w:t>
            </w:r>
          </w:p>
        </w:tc>
      </w:tr>
      <w:tr w:rsidR="000746B7" w:rsidRPr="000736B3" w14:paraId="7E30800B" w14:textId="77777777">
        <w:tc>
          <w:tcPr>
            <w:tcW w:w="4320" w:type="dxa"/>
          </w:tcPr>
          <w:p w14:paraId="68538DEE" w14:textId="77777777" w:rsidR="000746B7" w:rsidRPr="000C0EA2" w:rsidRDefault="00331385" w:rsidP="00155FB7">
            <w:pPr>
              <w:jc w:val="both"/>
            </w:pPr>
            <w:r w:rsidRPr="00F90281">
              <w:rPr>
                <w:b/>
                <w:bCs/>
              </w:rPr>
              <w:t>Amount requested from the PRCM</w:t>
            </w:r>
            <w:r w:rsidRPr="00F90281">
              <w:t xml:space="preserve"> (</w:t>
            </w:r>
            <w:r w:rsidRPr="00F90281">
              <w:rPr>
                <w:i/>
                <w:iCs/>
              </w:rPr>
              <w:t>in euros)</w:t>
            </w:r>
          </w:p>
        </w:tc>
        <w:tc>
          <w:tcPr>
            <w:tcW w:w="4320" w:type="dxa"/>
          </w:tcPr>
          <w:p w14:paraId="6878D281" w14:textId="77777777" w:rsidR="000746B7" w:rsidRPr="000C0EA2" w:rsidRDefault="00331385" w:rsidP="00155FB7">
            <w:pPr>
              <w:jc w:val="both"/>
              <w:rPr>
                <w:i/>
                <w:iCs/>
              </w:rPr>
            </w:pPr>
            <w:r w:rsidRPr="00F90281">
              <w:rPr>
                <w:i/>
                <w:iCs/>
              </w:rPr>
              <w:t>To be completed by the candidate</w:t>
            </w:r>
          </w:p>
        </w:tc>
      </w:tr>
      <w:tr w:rsidR="000746B7" w:rsidRPr="000736B3" w14:paraId="5AFEEAFC" w14:textId="77777777">
        <w:tc>
          <w:tcPr>
            <w:tcW w:w="4320" w:type="dxa"/>
          </w:tcPr>
          <w:p w14:paraId="25AD1664" w14:textId="77777777" w:rsidR="000746B7" w:rsidRPr="000C0EA2" w:rsidRDefault="00331385" w:rsidP="00155FB7">
            <w:pPr>
              <w:jc w:val="both"/>
            </w:pPr>
            <w:r w:rsidRPr="00F90281">
              <w:rPr>
                <w:b/>
                <w:bCs/>
              </w:rPr>
              <w:t xml:space="preserve">Amount and sources of co-financing </w:t>
            </w:r>
            <w:r w:rsidRPr="00F90281">
              <w:rPr>
                <w:i/>
                <w:iCs/>
              </w:rPr>
              <w:t>(in-kind and/or cash, indicate whether confirmed or not)</w:t>
            </w:r>
          </w:p>
        </w:tc>
        <w:tc>
          <w:tcPr>
            <w:tcW w:w="4320" w:type="dxa"/>
          </w:tcPr>
          <w:p w14:paraId="7C40BF7C" w14:textId="77777777" w:rsidR="000746B7" w:rsidRPr="000C0EA2" w:rsidRDefault="00331385" w:rsidP="00155FB7">
            <w:pPr>
              <w:jc w:val="both"/>
              <w:rPr>
                <w:i/>
                <w:iCs/>
              </w:rPr>
            </w:pPr>
            <w:r w:rsidRPr="00F90281">
              <w:rPr>
                <w:i/>
                <w:iCs/>
              </w:rPr>
              <w:t>To be completed by the candidate</w:t>
            </w:r>
          </w:p>
        </w:tc>
      </w:tr>
      <w:tr w:rsidR="000746B7" w:rsidRPr="000736B3" w14:paraId="2416A0F7" w14:textId="77777777">
        <w:tc>
          <w:tcPr>
            <w:tcW w:w="4320" w:type="dxa"/>
          </w:tcPr>
          <w:p w14:paraId="0089B7D1" w14:textId="77777777" w:rsidR="000746B7" w:rsidRPr="000C0EA2" w:rsidRDefault="00331385" w:rsidP="00155FB7">
            <w:pPr>
              <w:jc w:val="both"/>
            </w:pPr>
            <w:r w:rsidRPr="00F90281">
              <w:rPr>
                <w:b/>
                <w:bCs/>
              </w:rPr>
              <w:t>Other members of the consortium</w:t>
            </w:r>
            <w:r w:rsidRPr="00F90281">
              <w:t xml:space="preserve"> (</w:t>
            </w:r>
            <w:r w:rsidRPr="00F90281">
              <w:rPr>
                <w:i/>
                <w:iCs/>
              </w:rPr>
              <w:t>if there is a consortium)</w:t>
            </w:r>
          </w:p>
        </w:tc>
        <w:tc>
          <w:tcPr>
            <w:tcW w:w="4320" w:type="dxa"/>
          </w:tcPr>
          <w:p w14:paraId="3E5D807A" w14:textId="77777777" w:rsidR="000746B7" w:rsidRPr="000C0EA2" w:rsidRDefault="00331385" w:rsidP="00155FB7">
            <w:pPr>
              <w:jc w:val="both"/>
              <w:rPr>
                <w:i/>
                <w:iCs/>
              </w:rPr>
            </w:pPr>
            <w:r w:rsidRPr="00F90281">
              <w:rPr>
                <w:i/>
                <w:iCs/>
              </w:rPr>
              <w:t>To be completed by the candidate</w:t>
            </w:r>
          </w:p>
        </w:tc>
      </w:tr>
    </w:tbl>
    <w:p w14:paraId="1329DE1A" w14:textId="77777777" w:rsidR="000746B7" w:rsidRPr="000C0EA2" w:rsidRDefault="00331385" w:rsidP="004012F2">
      <w:pPr>
        <w:pStyle w:val="Titre1"/>
        <w:spacing w:before="360" w:after="240"/>
        <w:jc w:val="both"/>
      </w:pPr>
      <w:r>
        <w:t>🟦 II. IDENTITY OF THE HOLDER AND STRUCTURE OF THE CONSORTIUM (if applicable)</w:t>
      </w:r>
    </w:p>
    <w:p w14:paraId="483A5207" w14:textId="742EBA22" w:rsidR="000746B7" w:rsidRPr="000C0EA2" w:rsidRDefault="008020AD" w:rsidP="00155FB7">
      <w:pPr>
        <w:jc w:val="both"/>
        <w:rPr>
          <w:b/>
          <w:bCs/>
          <w:i/>
          <w:iCs/>
          <w:color w:val="000000" w:themeColor="text1"/>
        </w:rPr>
      </w:pPr>
      <w:r w:rsidRPr="008020AD">
        <w:rPr>
          <w:b/>
          <w:bCs/>
          <w:i/>
          <w:iCs/>
          <w:color w:val="000000" w:themeColor="text1"/>
        </w:rPr>
        <w:t>Objective: The purpose of this section is to show that the applicant entity or consortium has the legal, technical, and organizational capacity to carry out the proposed project</w:t>
      </w:r>
      <w:r w:rsidR="00F90281" w:rsidRPr="008020AD">
        <w:rPr>
          <w:b/>
          <w:bCs/>
          <w:i/>
          <w:iCs/>
          <w:color w:val="000000" w:themeColor="text1"/>
        </w:rPr>
        <w:t>.</w:t>
      </w:r>
    </w:p>
    <w:p w14:paraId="0069B46F" w14:textId="77777777" w:rsidR="000746B7" w:rsidRPr="00331385" w:rsidRDefault="00331385" w:rsidP="00F90281">
      <w:pPr>
        <w:pStyle w:val="Citationintense"/>
        <w:ind w:left="0"/>
        <w:jc w:val="both"/>
        <w:rPr>
          <w:lang w:val="fr-FR"/>
        </w:rPr>
      </w:pPr>
      <w:r>
        <w:t>📘 Detailed instructions:</w:t>
      </w:r>
    </w:p>
    <w:p w14:paraId="723BAA49" w14:textId="61FA58E0" w:rsidR="000746B7" w:rsidRPr="000C0EA2" w:rsidRDefault="00331385" w:rsidP="008020AD">
      <w:pPr>
        <w:pStyle w:val="Paragraphedeliste"/>
        <w:numPr>
          <w:ilvl w:val="0"/>
          <w:numId w:val="14"/>
        </w:numPr>
        <w:spacing w:after="0"/>
        <w:jc w:val="both"/>
        <w:rPr>
          <w:i/>
          <w:iCs/>
        </w:rPr>
      </w:pPr>
      <w:r w:rsidRPr="008020AD">
        <w:rPr>
          <w:i/>
          <w:iCs/>
        </w:rPr>
        <w:t xml:space="preserve">Briefly describe your </w:t>
      </w:r>
      <w:r w:rsidR="008020AD" w:rsidRPr="008020AD">
        <w:rPr>
          <w:i/>
          <w:iCs/>
        </w:rPr>
        <w:t>organization</w:t>
      </w:r>
      <w:r w:rsidRPr="008020AD">
        <w:rPr>
          <w:i/>
          <w:iCs/>
        </w:rPr>
        <w:t>, its mandate, its areas of intervention, and its presence in the project area.</w:t>
      </w:r>
    </w:p>
    <w:p w14:paraId="7600B9EA" w14:textId="23CC9582" w:rsidR="000746B7" w:rsidRPr="000C0EA2" w:rsidRDefault="00331385" w:rsidP="008020AD">
      <w:pPr>
        <w:pStyle w:val="Paragraphedeliste"/>
        <w:numPr>
          <w:ilvl w:val="0"/>
          <w:numId w:val="14"/>
        </w:numPr>
        <w:spacing w:after="0"/>
        <w:jc w:val="both"/>
        <w:rPr>
          <w:i/>
          <w:iCs/>
        </w:rPr>
      </w:pPr>
      <w:r w:rsidRPr="008020AD">
        <w:rPr>
          <w:i/>
          <w:iCs/>
        </w:rPr>
        <w:t>Attach your legal status, registration number</w:t>
      </w:r>
      <w:r w:rsidR="008020AD" w:rsidRPr="008020AD">
        <w:rPr>
          <w:i/>
          <w:iCs/>
        </w:rPr>
        <w:t>,</w:t>
      </w:r>
      <w:r w:rsidRPr="008020AD">
        <w:rPr>
          <w:i/>
          <w:iCs/>
        </w:rPr>
        <w:t xml:space="preserve"> and any official documents.</w:t>
      </w:r>
    </w:p>
    <w:p w14:paraId="51E73201" w14:textId="6D7C95C1" w:rsidR="000746B7" w:rsidRPr="000C0EA2" w:rsidRDefault="008020AD" w:rsidP="00574633">
      <w:pPr>
        <w:pStyle w:val="Paragraphedeliste"/>
        <w:numPr>
          <w:ilvl w:val="0"/>
          <w:numId w:val="14"/>
        </w:numPr>
        <w:spacing w:after="0"/>
        <w:jc w:val="both"/>
        <w:rPr>
          <w:i/>
          <w:iCs/>
        </w:rPr>
      </w:pPr>
      <w:r w:rsidRPr="008020AD">
        <w:rPr>
          <w:i/>
          <w:iCs/>
        </w:rPr>
        <w:t>If you are submitting on behalf of a consortium, specify each member's roles, attach a signed letter of commitment, and complete the following fields for the consortium in the table below.</w:t>
      </w:r>
    </w:p>
    <w:tbl>
      <w:tblPr>
        <w:tblStyle w:val="Grilledutableau"/>
        <w:tblW w:w="0" w:type="auto"/>
        <w:tblLook w:val="04A0" w:firstRow="1" w:lastRow="0" w:firstColumn="1" w:lastColumn="0" w:noHBand="0" w:noVBand="1"/>
      </w:tblPr>
      <w:tblGrid>
        <w:gridCol w:w="4316"/>
        <w:gridCol w:w="4314"/>
      </w:tblGrid>
      <w:tr w:rsidR="000746B7" w:rsidRPr="00FA18D2" w14:paraId="2DA55CFA" w14:textId="77777777">
        <w:tc>
          <w:tcPr>
            <w:tcW w:w="4320" w:type="dxa"/>
          </w:tcPr>
          <w:p w14:paraId="2D7635AB" w14:textId="77777777" w:rsidR="000746B7" w:rsidRPr="000C0EA2" w:rsidRDefault="00331385" w:rsidP="00155FB7">
            <w:pPr>
              <w:jc w:val="both"/>
              <w:rPr>
                <w:b/>
                <w:bCs/>
              </w:rPr>
            </w:pPr>
            <w:r w:rsidRPr="00FA18D2">
              <w:rPr>
                <w:b/>
                <w:bCs/>
              </w:rPr>
              <w:t>Name of the supporting organization</w:t>
            </w:r>
          </w:p>
        </w:tc>
        <w:tc>
          <w:tcPr>
            <w:tcW w:w="4320" w:type="dxa"/>
          </w:tcPr>
          <w:p w14:paraId="2AF5AAC7" w14:textId="77777777" w:rsidR="000746B7" w:rsidRPr="000C0EA2" w:rsidRDefault="00331385" w:rsidP="00155FB7">
            <w:pPr>
              <w:jc w:val="both"/>
              <w:rPr>
                <w:i/>
                <w:iCs/>
              </w:rPr>
            </w:pPr>
            <w:r w:rsidRPr="00FA18D2">
              <w:rPr>
                <w:i/>
                <w:iCs/>
              </w:rPr>
              <w:t>To be completed by the candidate</w:t>
            </w:r>
          </w:p>
        </w:tc>
      </w:tr>
      <w:tr w:rsidR="000746B7" w:rsidRPr="00FA18D2" w14:paraId="633533D4" w14:textId="77777777">
        <w:tc>
          <w:tcPr>
            <w:tcW w:w="4320" w:type="dxa"/>
          </w:tcPr>
          <w:p w14:paraId="3BEC9DA4" w14:textId="77777777" w:rsidR="000746B7" w:rsidRPr="000C0EA2" w:rsidRDefault="00331385" w:rsidP="00155FB7">
            <w:pPr>
              <w:jc w:val="both"/>
            </w:pPr>
            <w:r w:rsidRPr="00FA18D2">
              <w:rPr>
                <w:b/>
                <w:bCs/>
              </w:rPr>
              <w:t>Brief presentation of the organisation</w:t>
            </w:r>
            <w:r w:rsidRPr="00FA18D2">
              <w:t xml:space="preserve"> (missions, areas of action, territorial anchoring, national/regional recognition)</w:t>
            </w:r>
          </w:p>
        </w:tc>
        <w:tc>
          <w:tcPr>
            <w:tcW w:w="4320" w:type="dxa"/>
          </w:tcPr>
          <w:p w14:paraId="7F68669B" w14:textId="77777777" w:rsidR="000746B7" w:rsidRPr="000C0EA2" w:rsidRDefault="00331385" w:rsidP="00155FB7">
            <w:pPr>
              <w:jc w:val="both"/>
              <w:rPr>
                <w:i/>
                <w:iCs/>
              </w:rPr>
            </w:pPr>
            <w:r w:rsidRPr="00FA18D2">
              <w:rPr>
                <w:i/>
                <w:iCs/>
              </w:rPr>
              <w:t>To be completed by the candidate</w:t>
            </w:r>
          </w:p>
        </w:tc>
      </w:tr>
      <w:tr w:rsidR="000746B7" w:rsidRPr="00FA18D2" w14:paraId="2ED6F016" w14:textId="77777777">
        <w:tc>
          <w:tcPr>
            <w:tcW w:w="4320" w:type="dxa"/>
          </w:tcPr>
          <w:p w14:paraId="0B123F09" w14:textId="77777777" w:rsidR="000746B7" w:rsidRPr="00FA18D2" w:rsidRDefault="00331385" w:rsidP="00155FB7">
            <w:pPr>
              <w:jc w:val="both"/>
              <w:rPr>
                <w:b/>
                <w:bCs/>
                <w:lang w:val="fr-FR"/>
              </w:rPr>
            </w:pPr>
            <w:r w:rsidRPr="00FA18D2">
              <w:rPr>
                <w:b/>
                <w:bCs/>
              </w:rPr>
              <w:t>Year of creation</w:t>
            </w:r>
          </w:p>
        </w:tc>
        <w:tc>
          <w:tcPr>
            <w:tcW w:w="4320" w:type="dxa"/>
          </w:tcPr>
          <w:p w14:paraId="5608E8C7" w14:textId="77777777" w:rsidR="000746B7" w:rsidRPr="000C0EA2" w:rsidRDefault="00331385" w:rsidP="00155FB7">
            <w:pPr>
              <w:jc w:val="both"/>
              <w:rPr>
                <w:i/>
                <w:iCs/>
              </w:rPr>
            </w:pPr>
            <w:r w:rsidRPr="00FA18D2">
              <w:rPr>
                <w:i/>
                <w:iCs/>
              </w:rPr>
              <w:t>To be completed by the candidate</w:t>
            </w:r>
          </w:p>
        </w:tc>
      </w:tr>
      <w:tr w:rsidR="000746B7" w:rsidRPr="00FA18D2" w14:paraId="4D07A550" w14:textId="77777777">
        <w:tc>
          <w:tcPr>
            <w:tcW w:w="4320" w:type="dxa"/>
          </w:tcPr>
          <w:p w14:paraId="06C55503" w14:textId="77777777" w:rsidR="000746B7" w:rsidRPr="000C0EA2" w:rsidRDefault="00331385" w:rsidP="00155FB7">
            <w:pPr>
              <w:jc w:val="both"/>
            </w:pPr>
            <w:r w:rsidRPr="00FA18D2">
              <w:rPr>
                <w:b/>
                <w:bCs/>
              </w:rPr>
              <w:t>Full contact details</w:t>
            </w:r>
            <w:r w:rsidRPr="00FA18D2">
              <w:t xml:space="preserve"> (address, phone, email, website)</w:t>
            </w:r>
          </w:p>
        </w:tc>
        <w:tc>
          <w:tcPr>
            <w:tcW w:w="4320" w:type="dxa"/>
          </w:tcPr>
          <w:p w14:paraId="5B5AFF79" w14:textId="77777777" w:rsidR="000746B7" w:rsidRPr="000C0EA2" w:rsidRDefault="00331385" w:rsidP="00155FB7">
            <w:pPr>
              <w:jc w:val="both"/>
              <w:rPr>
                <w:i/>
                <w:iCs/>
              </w:rPr>
            </w:pPr>
            <w:r w:rsidRPr="00FA18D2">
              <w:rPr>
                <w:i/>
                <w:iCs/>
              </w:rPr>
              <w:t>To be completed by the candidate</w:t>
            </w:r>
          </w:p>
        </w:tc>
      </w:tr>
      <w:tr w:rsidR="000746B7" w:rsidRPr="00FA18D2" w14:paraId="5C75F739" w14:textId="77777777">
        <w:tc>
          <w:tcPr>
            <w:tcW w:w="4320" w:type="dxa"/>
          </w:tcPr>
          <w:p w14:paraId="395DDE88" w14:textId="77777777" w:rsidR="000746B7" w:rsidRPr="000C0EA2" w:rsidRDefault="00331385" w:rsidP="00155FB7">
            <w:pPr>
              <w:jc w:val="both"/>
              <w:rPr>
                <w:b/>
                <w:bCs/>
              </w:rPr>
            </w:pPr>
            <w:r w:rsidRPr="00FA18D2">
              <w:rPr>
                <w:b/>
                <w:bCs/>
              </w:rPr>
              <w:lastRenderedPageBreak/>
              <w:t>Name, position and contacts of the person responsible for the project</w:t>
            </w:r>
          </w:p>
        </w:tc>
        <w:tc>
          <w:tcPr>
            <w:tcW w:w="4320" w:type="dxa"/>
          </w:tcPr>
          <w:p w14:paraId="612ED388" w14:textId="77777777" w:rsidR="000746B7" w:rsidRPr="000C0EA2" w:rsidRDefault="00331385" w:rsidP="00155FB7">
            <w:pPr>
              <w:jc w:val="both"/>
              <w:rPr>
                <w:i/>
                <w:iCs/>
              </w:rPr>
            </w:pPr>
            <w:r w:rsidRPr="00FA18D2">
              <w:rPr>
                <w:i/>
                <w:iCs/>
              </w:rPr>
              <w:t>To be completed by the candidate</w:t>
            </w:r>
          </w:p>
        </w:tc>
      </w:tr>
      <w:tr w:rsidR="00446044" w:rsidRPr="00FA18D2" w14:paraId="2012501F" w14:textId="77777777" w:rsidTr="005B4093">
        <w:trPr>
          <w:trHeight w:val="1997"/>
        </w:trPr>
        <w:tc>
          <w:tcPr>
            <w:tcW w:w="4320" w:type="dxa"/>
          </w:tcPr>
          <w:p w14:paraId="349A3859" w14:textId="77777777" w:rsidR="00446044" w:rsidRPr="000C0EA2" w:rsidRDefault="00446044" w:rsidP="00155FB7">
            <w:pPr>
              <w:jc w:val="both"/>
              <w:rPr>
                <w:b/>
                <w:bCs/>
              </w:rPr>
            </w:pPr>
            <w:r w:rsidRPr="00FA18D2">
              <w:rPr>
                <w:b/>
                <w:bCs/>
              </w:rPr>
              <w:t>In the case of a Consortium:</w:t>
            </w:r>
          </w:p>
          <w:p w14:paraId="1B7084BA" w14:textId="77777777" w:rsidR="00446044" w:rsidRPr="000C0EA2" w:rsidRDefault="00446044" w:rsidP="00446044">
            <w:pPr>
              <w:jc w:val="both"/>
            </w:pPr>
            <w:r w:rsidRPr="00FA18D2">
              <w:t>• Name of the Lead Partner</w:t>
            </w:r>
          </w:p>
          <w:p w14:paraId="46A0979B" w14:textId="77777777" w:rsidR="00446044" w:rsidRPr="000C0EA2" w:rsidRDefault="00446044" w:rsidP="00446044">
            <w:pPr>
              <w:jc w:val="both"/>
            </w:pPr>
            <w:r w:rsidRPr="00FA18D2">
              <w:t>Partner members (Name, mission, role in the project, area of intervention):</w:t>
            </w:r>
          </w:p>
          <w:p w14:paraId="19E4EC74" w14:textId="77777777" w:rsidR="00446044" w:rsidRPr="000C0EA2" w:rsidRDefault="00446044" w:rsidP="00446044">
            <w:pPr>
              <w:jc w:val="both"/>
            </w:pPr>
            <w:r w:rsidRPr="00FA18D2">
              <w:t>• Attach the legal documents of the members and the letter of commitment of the group.</w:t>
            </w:r>
          </w:p>
          <w:p w14:paraId="7E4FDB21" w14:textId="77777777" w:rsidR="00446044" w:rsidRPr="000C0EA2" w:rsidRDefault="00446044" w:rsidP="00155FB7">
            <w:pPr>
              <w:jc w:val="both"/>
              <w:rPr>
                <w:b/>
                <w:bCs/>
              </w:rPr>
            </w:pPr>
          </w:p>
        </w:tc>
        <w:tc>
          <w:tcPr>
            <w:tcW w:w="4320" w:type="dxa"/>
          </w:tcPr>
          <w:p w14:paraId="58967BA5" w14:textId="77777777" w:rsidR="00446044" w:rsidRPr="00FA18D2" w:rsidRDefault="00446044" w:rsidP="00155FB7">
            <w:pPr>
              <w:jc w:val="both"/>
              <w:rPr>
                <w:i/>
                <w:iCs/>
                <w:lang w:val="fr-FR"/>
              </w:rPr>
            </w:pPr>
            <w:r w:rsidRPr="00FA18D2">
              <w:rPr>
                <w:i/>
                <w:iCs/>
              </w:rPr>
              <w:t xml:space="preserve">To be filled in </w:t>
            </w:r>
          </w:p>
        </w:tc>
      </w:tr>
    </w:tbl>
    <w:p w14:paraId="79986D4E" w14:textId="77777777" w:rsidR="000746B7" w:rsidRPr="00705C2B" w:rsidRDefault="00331385" w:rsidP="005B4093">
      <w:pPr>
        <w:pStyle w:val="Titre1"/>
        <w:spacing w:before="360"/>
        <w:jc w:val="both"/>
        <w:rPr>
          <w:lang w:val="fr-FR"/>
        </w:rPr>
      </w:pPr>
      <w:r w:rsidRPr="00705C2B">
        <w:t>🟦 III. BACKGROUND AND RATIONALE</w:t>
      </w:r>
    </w:p>
    <w:p w14:paraId="384C788C" w14:textId="77777777" w:rsidR="008020AD" w:rsidRDefault="008020AD" w:rsidP="004012F2">
      <w:pPr>
        <w:pStyle w:val="Citationintense"/>
        <w:spacing w:after="240"/>
        <w:ind w:left="0" w:right="0"/>
        <w:jc w:val="both"/>
        <w:rPr>
          <w:color w:val="auto"/>
        </w:rPr>
      </w:pPr>
      <w:r w:rsidRPr="008020AD">
        <w:rPr>
          <w:color w:val="auto"/>
        </w:rPr>
        <w:t>Objective: This section offers an understanding of the current situation of the targeted area, including ecological and socio-economic issues, as well as the existing dynamics that justify the project.</w:t>
      </w:r>
    </w:p>
    <w:p w14:paraId="709C8DAC" w14:textId="69247FEC" w:rsidR="000746B7" w:rsidRPr="00574633" w:rsidRDefault="00331385" w:rsidP="00705C2B">
      <w:pPr>
        <w:pStyle w:val="Citationintense"/>
        <w:ind w:left="0"/>
        <w:jc w:val="both"/>
        <w:rPr>
          <w:lang w:val="fr-FR"/>
        </w:rPr>
      </w:pPr>
      <w:r w:rsidRPr="00574633">
        <w:t>📘 Detailed instructions:</w:t>
      </w:r>
    </w:p>
    <w:p w14:paraId="3FF8AF9C" w14:textId="612A8FCE" w:rsidR="008020AD" w:rsidRPr="008020AD" w:rsidRDefault="008020AD" w:rsidP="008020AD">
      <w:pPr>
        <w:pStyle w:val="Paragraphedeliste"/>
        <w:numPr>
          <w:ilvl w:val="0"/>
          <w:numId w:val="15"/>
        </w:numPr>
        <w:spacing w:after="0"/>
        <w:jc w:val="both"/>
        <w:rPr>
          <w:i/>
          <w:iCs/>
        </w:rPr>
      </w:pPr>
      <w:r w:rsidRPr="008020AD">
        <w:rPr>
          <w:i/>
          <w:iCs/>
        </w:rPr>
        <w:t xml:space="preserve">Describe, if relevant, the ecological context of the area, including the state of ecosystems, habitat types, and existing pressures. </w:t>
      </w:r>
    </w:p>
    <w:p w14:paraId="4275BD67" w14:textId="6CBD2315" w:rsidR="008020AD" w:rsidRPr="008020AD" w:rsidRDefault="008020AD" w:rsidP="008020AD">
      <w:pPr>
        <w:pStyle w:val="Paragraphedeliste"/>
        <w:numPr>
          <w:ilvl w:val="0"/>
          <w:numId w:val="15"/>
        </w:numPr>
        <w:spacing w:after="0"/>
        <w:jc w:val="both"/>
        <w:rPr>
          <w:i/>
          <w:iCs/>
        </w:rPr>
      </w:pPr>
      <w:r w:rsidRPr="008020AD">
        <w:rPr>
          <w:i/>
          <w:iCs/>
        </w:rPr>
        <w:t xml:space="preserve">Describe, if relevant, socio-economic aspects such as lifestyles, livelihoods, and populations involved. </w:t>
      </w:r>
    </w:p>
    <w:p w14:paraId="39EFE811" w14:textId="304716C0" w:rsidR="008020AD" w:rsidRPr="008020AD" w:rsidRDefault="008020AD" w:rsidP="008020AD">
      <w:pPr>
        <w:pStyle w:val="Paragraphedeliste"/>
        <w:numPr>
          <w:ilvl w:val="0"/>
          <w:numId w:val="15"/>
        </w:numPr>
        <w:spacing w:after="0"/>
        <w:jc w:val="both"/>
        <w:rPr>
          <w:i/>
          <w:iCs/>
        </w:rPr>
      </w:pPr>
      <w:r w:rsidRPr="008020AD">
        <w:rPr>
          <w:i/>
          <w:iCs/>
        </w:rPr>
        <w:t xml:space="preserve">Mention current or past projects in the area or related to the issue, along with partnerships, synergies, and opportunities. </w:t>
      </w:r>
    </w:p>
    <w:p w14:paraId="6D32ADFE" w14:textId="77777777" w:rsidR="00040BA7" w:rsidRDefault="00040BA7" w:rsidP="00040BA7">
      <w:pPr>
        <w:pStyle w:val="Paragraphedeliste"/>
        <w:numPr>
          <w:ilvl w:val="0"/>
          <w:numId w:val="15"/>
        </w:numPr>
        <w:spacing w:after="0"/>
        <w:jc w:val="both"/>
        <w:rPr>
          <w:i/>
          <w:iCs/>
        </w:rPr>
      </w:pPr>
      <w:r w:rsidRPr="00040BA7">
        <w:rPr>
          <w:i/>
          <w:iCs/>
        </w:rPr>
        <w:t>Use real-world, localized data, and include a map as an appendix if needed. Write your text and justification here (up to 2 pages):</w:t>
      </w:r>
    </w:p>
    <w:p w14:paraId="15309D1D" w14:textId="4AD875F9" w:rsidR="000746B7" w:rsidRPr="00040BA7" w:rsidRDefault="00040BA7" w:rsidP="00040BA7">
      <w:pPr>
        <w:spacing w:after="0"/>
        <w:ind w:left="360"/>
        <w:jc w:val="both"/>
        <w:rPr>
          <w:i/>
          <w:iCs/>
        </w:rPr>
      </w:pPr>
      <w:r w:rsidRPr="00040BA7">
        <w:rPr>
          <w:i/>
          <w:iCs/>
        </w:rPr>
        <w:t xml:space="preserve"> …</w:t>
      </w:r>
    </w:p>
    <w:p w14:paraId="050816E3" w14:textId="77777777" w:rsidR="000746B7" w:rsidRPr="00705C2B" w:rsidRDefault="00331385" w:rsidP="00040BA7">
      <w:pPr>
        <w:pStyle w:val="Titre1"/>
        <w:spacing w:before="360" w:after="240"/>
        <w:jc w:val="both"/>
        <w:rPr>
          <w:lang w:val="fr-FR"/>
        </w:rPr>
      </w:pPr>
      <w:r w:rsidRPr="00705C2B">
        <w:rPr>
          <w:rFonts w:ascii="Apple Color Emoji" w:hAnsi="Apple Color Emoji" w:cs="Apple Color Emoji"/>
        </w:rPr>
        <w:t>🟦</w:t>
      </w:r>
      <w:r w:rsidRPr="00705C2B">
        <w:t xml:space="preserve"> IV. PROBLEMS AND CHALLENGES</w:t>
      </w:r>
    </w:p>
    <w:p w14:paraId="2262C288" w14:textId="77777777" w:rsidR="000746B7" w:rsidRDefault="00331385" w:rsidP="00155FB7">
      <w:pPr>
        <w:jc w:val="both"/>
        <w:rPr>
          <w:b/>
          <w:bCs/>
          <w:i/>
          <w:iCs/>
        </w:rPr>
      </w:pPr>
      <w:r w:rsidRPr="00574633">
        <w:rPr>
          <w:b/>
          <w:bCs/>
          <w:i/>
          <w:iCs/>
        </w:rPr>
        <w:t>Objective: To clearly identify the problem(s) to be solved and the priorities for action.</w:t>
      </w:r>
    </w:p>
    <w:p w14:paraId="47A964B4" w14:textId="77777777" w:rsidR="00040BA7" w:rsidRPr="00331385" w:rsidRDefault="00040BA7" w:rsidP="00040BA7">
      <w:pPr>
        <w:pStyle w:val="Citationintense"/>
        <w:ind w:left="0"/>
        <w:jc w:val="both"/>
        <w:rPr>
          <w:lang w:val="fr-FR"/>
        </w:rPr>
      </w:pPr>
      <w:r>
        <w:rPr>
          <w:rFonts w:ascii="Apple Color Emoji" w:hAnsi="Apple Color Emoji" w:cs="Apple Color Emoji"/>
        </w:rPr>
        <w:t>📘</w:t>
      </w:r>
      <w:r>
        <w:t xml:space="preserve"> Detailed instructions:</w:t>
      </w:r>
    </w:p>
    <w:p w14:paraId="16673494" w14:textId="5D9CEA21" w:rsidR="00040BA7" w:rsidRPr="00040BA7" w:rsidRDefault="00040BA7" w:rsidP="00040BA7">
      <w:pPr>
        <w:pStyle w:val="Titre1"/>
        <w:numPr>
          <w:ilvl w:val="0"/>
          <w:numId w:val="18"/>
        </w:numPr>
        <w:spacing w:before="0"/>
        <w:jc w:val="both"/>
        <w:rPr>
          <w:rFonts w:ascii="Calibri" w:eastAsiaTheme="minorEastAsia" w:hAnsi="Calibri" w:cstheme="minorBidi"/>
          <w:b w:val="0"/>
          <w:bCs w:val="0"/>
          <w:i/>
          <w:iCs/>
          <w:color w:val="auto"/>
          <w:sz w:val="22"/>
          <w:szCs w:val="22"/>
        </w:rPr>
      </w:pPr>
      <w:r w:rsidRPr="00040BA7">
        <w:rPr>
          <w:rFonts w:ascii="Calibri" w:eastAsiaTheme="minorEastAsia" w:hAnsi="Calibri" w:cstheme="minorBidi"/>
          <w:b w:val="0"/>
          <w:bCs w:val="0"/>
          <w:i/>
          <w:iCs/>
          <w:color w:val="auto"/>
          <w:sz w:val="22"/>
          <w:szCs w:val="22"/>
        </w:rPr>
        <w:t xml:space="preserve">Describe the </w:t>
      </w:r>
      <w:r>
        <w:rPr>
          <w:rFonts w:ascii="Calibri" w:eastAsiaTheme="minorEastAsia" w:hAnsi="Calibri" w:cstheme="minorBidi"/>
          <w:b w:val="0"/>
          <w:bCs w:val="0"/>
          <w:i/>
          <w:iCs/>
          <w:color w:val="auto"/>
          <w:sz w:val="22"/>
          <w:szCs w:val="22"/>
        </w:rPr>
        <w:t>main</w:t>
      </w:r>
      <w:r w:rsidRPr="00040BA7">
        <w:rPr>
          <w:rFonts w:ascii="Calibri" w:eastAsiaTheme="minorEastAsia" w:hAnsi="Calibri" w:cstheme="minorBidi"/>
          <w:b w:val="0"/>
          <w:bCs w:val="0"/>
          <w:i/>
          <w:iCs/>
          <w:color w:val="auto"/>
          <w:sz w:val="22"/>
          <w:szCs w:val="22"/>
        </w:rPr>
        <w:t xml:space="preserve"> problem your project </w:t>
      </w:r>
      <w:r>
        <w:rPr>
          <w:rFonts w:ascii="Calibri" w:eastAsiaTheme="minorEastAsia" w:hAnsi="Calibri" w:cstheme="minorBidi"/>
          <w:b w:val="0"/>
          <w:bCs w:val="0"/>
          <w:i/>
          <w:iCs/>
          <w:color w:val="auto"/>
          <w:sz w:val="22"/>
          <w:szCs w:val="22"/>
        </w:rPr>
        <w:t>intend</w:t>
      </w:r>
      <w:r w:rsidRPr="00040BA7">
        <w:rPr>
          <w:rFonts w:ascii="Calibri" w:eastAsiaTheme="minorEastAsia" w:hAnsi="Calibri" w:cstheme="minorBidi"/>
          <w:b w:val="0"/>
          <w:bCs w:val="0"/>
          <w:i/>
          <w:iCs/>
          <w:color w:val="auto"/>
          <w:sz w:val="22"/>
          <w:szCs w:val="22"/>
        </w:rPr>
        <w:t xml:space="preserve">s to </w:t>
      </w:r>
      <w:r>
        <w:rPr>
          <w:rFonts w:ascii="Calibri" w:eastAsiaTheme="minorEastAsia" w:hAnsi="Calibri" w:cstheme="minorBidi"/>
          <w:b w:val="0"/>
          <w:bCs w:val="0"/>
          <w:i/>
          <w:iCs/>
          <w:color w:val="auto"/>
          <w:sz w:val="22"/>
          <w:szCs w:val="22"/>
        </w:rPr>
        <w:t>solve</w:t>
      </w:r>
      <w:r w:rsidRPr="00040BA7">
        <w:rPr>
          <w:rFonts w:ascii="Calibri" w:eastAsiaTheme="minorEastAsia" w:hAnsi="Calibri" w:cstheme="minorBidi"/>
          <w:b w:val="0"/>
          <w:bCs w:val="0"/>
          <w:i/>
          <w:iCs/>
          <w:color w:val="auto"/>
          <w:sz w:val="22"/>
          <w:szCs w:val="22"/>
        </w:rPr>
        <w:t xml:space="preserve"> (related to the chosen theme).</w:t>
      </w:r>
    </w:p>
    <w:p w14:paraId="3C65013A" w14:textId="08FACE2D" w:rsidR="00040BA7" w:rsidRPr="00040BA7" w:rsidRDefault="00040BA7" w:rsidP="00040BA7">
      <w:pPr>
        <w:pStyle w:val="Titre1"/>
        <w:numPr>
          <w:ilvl w:val="0"/>
          <w:numId w:val="18"/>
        </w:numPr>
        <w:spacing w:before="0"/>
        <w:jc w:val="both"/>
        <w:rPr>
          <w:rFonts w:ascii="Calibri" w:eastAsiaTheme="minorEastAsia" w:hAnsi="Calibri" w:cstheme="minorBidi"/>
          <w:b w:val="0"/>
          <w:bCs w:val="0"/>
          <w:i/>
          <w:iCs/>
          <w:color w:val="auto"/>
          <w:sz w:val="22"/>
          <w:szCs w:val="22"/>
        </w:rPr>
      </w:pPr>
      <w:r w:rsidRPr="00040BA7">
        <w:rPr>
          <w:rFonts w:ascii="Calibri" w:eastAsiaTheme="minorEastAsia" w:hAnsi="Calibri" w:cstheme="minorBidi"/>
          <w:b w:val="0"/>
          <w:bCs w:val="0"/>
          <w:i/>
          <w:iCs/>
          <w:color w:val="auto"/>
          <w:sz w:val="22"/>
          <w:szCs w:val="22"/>
        </w:rPr>
        <w:t xml:space="preserve">Explain the potential consequences of not </w:t>
      </w:r>
      <w:r>
        <w:rPr>
          <w:rFonts w:ascii="Calibri" w:eastAsiaTheme="minorEastAsia" w:hAnsi="Calibri" w:cstheme="minorBidi"/>
          <w:b w:val="0"/>
          <w:bCs w:val="0"/>
          <w:i/>
          <w:iCs/>
          <w:color w:val="auto"/>
          <w:sz w:val="22"/>
          <w:szCs w:val="22"/>
        </w:rPr>
        <w:t>taking action</w:t>
      </w:r>
      <w:r w:rsidRPr="00040BA7">
        <w:rPr>
          <w:rFonts w:ascii="Calibri" w:eastAsiaTheme="minorEastAsia" w:hAnsi="Calibri" w:cstheme="minorBidi"/>
          <w:b w:val="0"/>
          <w:bCs w:val="0"/>
          <w:i/>
          <w:iCs/>
          <w:color w:val="auto"/>
          <w:sz w:val="22"/>
          <w:szCs w:val="22"/>
        </w:rPr>
        <w:t xml:space="preserve">, such as degradation, extinction, increased vulnerability, or exclusion. </w:t>
      </w:r>
    </w:p>
    <w:p w14:paraId="794E54DC" w14:textId="77777777" w:rsidR="00040BA7" w:rsidRDefault="00040BA7" w:rsidP="00040BA7">
      <w:pPr>
        <w:pStyle w:val="Titre1"/>
        <w:numPr>
          <w:ilvl w:val="0"/>
          <w:numId w:val="18"/>
        </w:numPr>
        <w:spacing w:before="0"/>
        <w:jc w:val="both"/>
        <w:rPr>
          <w:rFonts w:ascii="Calibri" w:eastAsiaTheme="minorEastAsia" w:hAnsi="Calibri" w:cstheme="minorBidi"/>
          <w:b w:val="0"/>
          <w:bCs w:val="0"/>
          <w:i/>
          <w:iCs/>
          <w:color w:val="auto"/>
          <w:sz w:val="22"/>
          <w:szCs w:val="22"/>
        </w:rPr>
      </w:pPr>
      <w:r w:rsidRPr="00040BA7">
        <w:rPr>
          <w:rFonts w:ascii="Calibri" w:eastAsiaTheme="minorEastAsia" w:hAnsi="Calibri" w:cstheme="minorBidi"/>
          <w:b w:val="0"/>
          <w:bCs w:val="0"/>
          <w:i/>
          <w:iCs/>
          <w:color w:val="auto"/>
          <w:sz w:val="22"/>
          <w:szCs w:val="22"/>
        </w:rPr>
        <w:t>Include an initial assessment of po</w:t>
      </w:r>
      <w:r>
        <w:rPr>
          <w:rFonts w:ascii="Calibri" w:eastAsiaTheme="minorEastAsia" w:hAnsi="Calibri" w:cstheme="minorBidi"/>
          <w:b w:val="0"/>
          <w:bCs w:val="0"/>
          <w:i/>
          <w:iCs/>
          <w:color w:val="auto"/>
          <w:sz w:val="22"/>
          <w:szCs w:val="22"/>
        </w:rPr>
        <w:t>tential</w:t>
      </w:r>
      <w:r w:rsidRPr="00040BA7">
        <w:rPr>
          <w:rFonts w:ascii="Calibri" w:eastAsiaTheme="minorEastAsia" w:hAnsi="Calibri" w:cstheme="minorBidi"/>
          <w:b w:val="0"/>
          <w:bCs w:val="0"/>
          <w:i/>
          <w:iCs/>
          <w:color w:val="auto"/>
          <w:sz w:val="22"/>
          <w:szCs w:val="22"/>
        </w:rPr>
        <w:t xml:space="preserve"> risks, whether social, environmental, or operational.</w:t>
      </w:r>
    </w:p>
    <w:p w14:paraId="5D760AC0" w14:textId="77777777" w:rsidR="00040BA7" w:rsidRPr="00040BA7" w:rsidRDefault="00040BA7" w:rsidP="00040BA7">
      <w:pPr>
        <w:spacing w:after="0"/>
      </w:pPr>
    </w:p>
    <w:p w14:paraId="2D739F0C" w14:textId="7C04803E" w:rsidR="00040BA7" w:rsidRPr="00040BA7" w:rsidRDefault="00040BA7" w:rsidP="00155FB7">
      <w:pPr>
        <w:pStyle w:val="Titre1"/>
        <w:numPr>
          <w:ilvl w:val="0"/>
          <w:numId w:val="18"/>
        </w:numPr>
        <w:spacing w:before="0"/>
        <w:jc w:val="both"/>
        <w:rPr>
          <w:rFonts w:ascii="Calibri" w:eastAsiaTheme="minorEastAsia" w:hAnsi="Calibri" w:cstheme="minorBidi"/>
          <w:b w:val="0"/>
          <w:bCs w:val="0"/>
          <w:i/>
          <w:iCs/>
          <w:color w:val="auto"/>
          <w:sz w:val="22"/>
          <w:szCs w:val="22"/>
        </w:rPr>
      </w:pPr>
      <w:r w:rsidRPr="00040BA7">
        <w:rPr>
          <w:rFonts w:ascii="Calibri" w:eastAsiaTheme="minorEastAsia" w:hAnsi="Calibri" w:cstheme="minorBidi"/>
          <w:b w:val="0"/>
          <w:bCs w:val="0"/>
          <w:i/>
          <w:iCs/>
          <w:color w:val="auto"/>
          <w:sz w:val="22"/>
          <w:szCs w:val="22"/>
        </w:rPr>
        <w:lastRenderedPageBreak/>
        <w:t>Support your points with specific examples or scenarios. Write your response here (no more than one page).</w:t>
      </w:r>
    </w:p>
    <w:p w14:paraId="75F7F441" w14:textId="7C64A92E" w:rsidR="000746B7" w:rsidRPr="000C0EA2" w:rsidRDefault="00331385" w:rsidP="00040BA7">
      <w:pPr>
        <w:pStyle w:val="Titre1"/>
        <w:spacing w:before="360" w:after="240"/>
        <w:jc w:val="both"/>
      </w:pPr>
      <w:r w:rsidRPr="00705C2B">
        <w:rPr>
          <w:rFonts w:ascii="Apple Color Emoji" w:hAnsi="Apple Color Emoji" w:cs="Apple Color Emoji"/>
          <w:color w:val="FF0000"/>
        </w:rPr>
        <w:t>🟦</w:t>
      </w:r>
      <w:r w:rsidRPr="00705C2B">
        <w:rPr>
          <w:color w:val="FF0000"/>
        </w:rPr>
        <w:t xml:space="preserve"> </w:t>
      </w:r>
      <w:r w:rsidRPr="006504DE">
        <w:rPr>
          <w:color w:val="000000" w:themeColor="text1"/>
        </w:rPr>
        <w:t>V. INTERVENTION STRATEGY AND PROJECT DESCRIPTION</w:t>
      </w:r>
    </w:p>
    <w:p w14:paraId="44625707" w14:textId="77777777" w:rsidR="000746B7" w:rsidRPr="000C0EA2" w:rsidRDefault="00705C2B" w:rsidP="00155FB7">
      <w:pPr>
        <w:jc w:val="both"/>
        <w:rPr>
          <w:b/>
          <w:bCs/>
          <w:i/>
          <w:iCs/>
        </w:rPr>
      </w:pPr>
      <w:r w:rsidRPr="00574633">
        <w:rPr>
          <w:b/>
          <w:bCs/>
          <w:i/>
          <w:iCs/>
        </w:rPr>
        <w:t>Objective: Demonstrate that you have a clear vision of the project's objectives, expected results, and how you will achieve those results. This section is the most important section of the form.</w:t>
      </w:r>
    </w:p>
    <w:p w14:paraId="0BB1734D" w14:textId="77777777" w:rsidR="000746B7" w:rsidRPr="000C0EA2" w:rsidRDefault="00331385" w:rsidP="00705C2B">
      <w:pPr>
        <w:pStyle w:val="Citationintense"/>
        <w:ind w:left="0"/>
        <w:jc w:val="both"/>
      </w:pPr>
      <w:r w:rsidRPr="00705C2B">
        <w:t>📘 Detailed instructions:</w:t>
      </w:r>
    </w:p>
    <w:p w14:paraId="31A0F696" w14:textId="3F03103C" w:rsidR="00D605C2" w:rsidRPr="000C0EA2" w:rsidRDefault="00997BF0" w:rsidP="00705C2B">
      <w:pPr>
        <w:spacing w:after="0"/>
        <w:jc w:val="both"/>
        <w:rPr>
          <w:b/>
          <w:bCs/>
          <w:i/>
          <w:iCs/>
        </w:rPr>
      </w:pPr>
      <w:r>
        <w:rPr>
          <w:i/>
          <w:iCs/>
        </w:rPr>
        <w:t>This section should help the selection committee understand how the project plans to offer concrete, measurable, and realistic solutions to the identified problems. It must clearly outline the objectives, expected outcomes, main activities, and intervention methods in a structured way. It is recommended that this section be limited to</w:t>
      </w:r>
      <w:r>
        <w:rPr>
          <w:b/>
          <w:bCs/>
          <w:i/>
          <w:iCs/>
        </w:rPr>
        <w:t xml:space="preserve"> 3 to 4 pages.</w:t>
      </w:r>
    </w:p>
    <w:p w14:paraId="21B7D1E3" w14:textId="77777777" w:rsidR="00997BF0" w:rsidRDefault="00997BF0" w:rsidP="00705C2B">
      <w:pPr>
        <w:spacing w:after="0"/>
        <w:jc w:val="both"/>
        <w:rPr>
          <w:i/>
          <w:iCs/>
        </w:rPr>
      </w:pPr>
      <w:r w:rsidRPr="00997BF0">
        <w:rPr>
          <w:i/>
          <w:iCs/>
        </w:rPr>
        <w:t xml:space="preserve">Define a clear and affirmative overall goal in a single sentence (e.g., Improve the resilience of X communities through Y). </w:t>
      </w:r>
    </w:p>
    <w:p w14:paraId="0B323DDA" w14:textId="77777777" w:rsidR="00997BF0" w:rsidRPr="00997BF0" w:rsidRDefault="00997BF0" w:rsidP="00997BF0">
      <w:pPr>
        <w:pStyle w:val="Paragraphedeliste"/>
        <w:numPr>
          <w:ilvl w:val="0"/>
          <w:numId w:val="20"/>
        </w:numPr>
        <w:spacing w:after="0"/>
        <w:jc w:val="both"/>
        <w:rPr>
          <w:i/>
          <w:iCs/>
        </w:rPr>
      </w:pPr>
      <w:r w:rsidRPr="00997BF0">
        <w:rPr>
          <w:i/>
          <w:iCs/>
        </w:rPr>
        <w:t xml:space="preserve">List up to three specific objectives, each addressing a specific action or change, such as ecological restoration or scientific capacity building. </w:t>
      </w:r>
    </w:p>
    <w:p w14:paraId="1ABD46E9" w14:textId="77777777" w:rsidR="00997BF0" w:rsidRPr="00997BF0" w:rsidRDefault="00997BF0" w:rsidP="00997BF0">
      <w:pPr>
        <w:pStyle w:val="Paragraphedeliste"/>
        <w:numPr>
          <w:ilvl w:val="0"/>
          <w:numId w:val="20"/>
        </w:numPr>
        <w:spacing w:after="0"/>
        <w:jc w:val="both"/>
        <w:rPr>
          <w:i/>
          <w:iCs/>
        </w:rPr>
      </w:pPr>
      <w:r w:rsidRPr="00997BF0">
        <w:rPr>
          <w:i/>
          <w:iCs/>
        </w:rPr>
        <w:t xml:space="preserve">Describe the measurable and achievable results expected at the end of the project for each objective (e.g., number of people trained, surface area restored, tools created or developed). Outline or list the main activities planned to accomplish each objective—be concise and provide an overview of major actions rather than a detailed operational plan. </w:t>
      </w:r>
    </w:p>
    <w:p w14:paraId="02B42C15" w14:textId="77777777" w:rsidR="00997BF0" w:rsidRPr="00997BF0" w:rsidRDefault="00997BF0" w:rsidP="00997BF0">
      <w:pPr>
        <w:pStyle w:val="Paragraphedeliste"/>
        <w:numPr>
          <w:ilvl w:val="0"/>
          <w:numId w:val="20"/>
        </w:numPr>
        <w:spacing w:after="0"/>
        <w:jc w:val="both"/>
        <w:rPr>
          <w:i/>
          <w:iCs/>
        </w:rPr>
      </w:pPr>
      <w:r w:rsidRPr="00997BF0">
        <w:rPr>
          <w:i/>
          <w:iCs/>
        </w:rPr>
        <w:t xml:space="preserve">Explain your methodological approach, including how the project will be implemented in practice, key steps, methods, tools, or guiding principles. </w:t>
      </w:r>
    </w:p>
    <w:p w14:paraId="02B11112" w14:textId="6A561017" w:rsidR="00705C2B" w:rsidRPr="000C0EA2" w:rsidRDefault="00997BF0" w:rsidP="00997BF0">
      <w:pPr>
        <w:pStyle w:val="Paragraphedeliste"/>
        <w:numPr>
          <w:ilvl w:val="0"/>
          <w:numId w:val="20"/>
        </w:numPr>
        <w:spacing w:after="0"/>
        <w:jc w:val="both"/>
        <w:rPr>
          <w:i/>
          <w:iCs/>
        </w:rPr>
      </w:pPr>
      <w:r w:rsidRPr="00997BF0">
        <w:rPr>
          <w:i/>
          <w:iCs/>
        </w:rPr>
        <w:t>Attach a logical framework as an appendix in table format to clarify the project’s logic and demonstrate that each activity leads to an outcome contributing to an effect that supports the desired impact.</w:t>
      </w:r>
    </w:p>
    <w:p w14:paraId="5DE88826" w14:textId="77777777" w:rsidR="000746B7" w:rsidRPr="000C0EA2" w:rsidRDefault="00331385" w:rsidP="00155FB7">
      <w:pPr>
        <w:jc w:val="both"/>
        <w:rPr>
          <w:i/>
          <w:iCs/>
        </w:rPr>
      </w:pPr>
      <w:r w:rsidRPr="005B4093">
        <w:rPr>
          <w:rFonts w:ascii="Apple Color Emoji" w:hAnsi="Apple Color Emoji" w:cs="Apple Color Emoji"/>
          <w:i/>
          <w:iCs/>
        </w:rPr>
        <w:t>✏️</w:t>
      </w:r>
      <w:r w:rsidRPr="005B4093">
        <w:rPr>
          <w:i/>
          <w:iCs/>
        </w:rPr>
        <w:t xml:space="preserve"> To be completed below (Maximum 3 to 4 pages):</w:t>
      </w:r>
    </w:p>
    <w:p w14:paraId="3CBC04E1" w14:textId="77777777" w:rsidR="000746B7" w:rsidRPr="002F78A6" w:rsidRDefault="00331385" w:rsidP="00155FB7">
      <w:pPr>
        <w:jc w:val="both"/>
        <w:rPr>
          <w:lang w:val="fr-FR"/>
        </w:rPr>
      </w:pPr>
      <w:r w:rsidRPr="002F78A6">
        <w:t>• Overall objective: ...</w:t>
      </w:r>
    </w:p>
    <w:p w14:paraId="14140BE0" w14:textId="77777777" w:rsidR="002F78A6" w:rsidRPr="002F78A6" w:rsidRDefault="00331385" w:rsidP="00155FB7">
      <w:pPr>
        <w:jc w:val="both"/>
        <w:rPr>
          <w:lang w:val="fr-FR"/>
        </w:rPr>
      </w:pPr>
      <w:r w:rsidRPr="002F78A6">
        <w:t>•Specific objectives:</w:t>
      </w:r>
    </w:p>
    <w:p w14:paraId="60184593" w14:textId="77777777" w:rsidR="002F78A6" w:rsidRPr="002F78A6" w:rsidRDefault="00331385" w:rsidP="002F78A6">
      <w:pPr>
        <w:pStyle w:val="Paragraphedeliste"/>
        <w:numPr>
          <w:ilvl w:val="0"/>
          <w:numId w:val="10"/>
        </w:numPr>
        <w:jc w:val="both"/>
        <w:rPr>
          <w:lang w:val="fr-FR"/>
        </w:rPr>
      </w:pPr>
      <w:r w:rsidRPr="002F78A6">
        <w:t>Specific objective 1: ...</w:t>
      </w:r>
    </w:p>
    <w:p w14:paraId="1E31F0E5" w14:textId="77777777" w:rsidR="002F78A6" w:rsidRPr="002F78A6" w:rsidRDefault="00331385" w:rsidP="002F78A6">
      <w:pPr>
        <w:pStyle w:val="Paragraphedeliste"/>
        <w:numPr>
          <w:ilvl w:val="0"/>
          <w:numId w:val="10"/>
        </w:numPr>
        <w:jc w:val="both"/>
        <w:rPr>
          <w:lang w:val="fr-FR"/>
        </w:rPr>
      </w:pPr>
      <w:r w:rsidRPr="002F78A6">
        <w:t>Specific objective 2: ...</w:t>
      </w:r>
    </w:p>
    <w:p w14:paraId="7CF34885" w14:textId="77777777" w:rsidR="000746B7" w:rsidRPr="002F78A6" w:rsidRDefault="00331385" w:rsidP="002F78A6">
      <w:pPr>
        <w:pStyle w:val="Paragraphedeliste"/>
        <w:numPr>
          <w:ilvl w:val="0"/>
          <w:numId w:val="10"/>
        </w:numPr>
        <w:jc w:val="both"/>
        <w:rPr>
          <w:lang w:val="fr-FR"/>
        </w:rPr>
      </w:pPr>
      <w:r w:rsidRPr="002F78A6">
        <w:t>Specific Objective 3 (optional): ...</w:t>
      </w:r>
    </w:p>
    <w:p w14:paraId="1C321386" w14:textId="425AD300" w:rsidR="000746B7" w:rsidRPr="000C0EA2" w:rsidRDefault="00331385" w:rsidP="00155FB7">
      <w:pPr>
        <w:jc w:val="both"/>
      </w:pPr>
      <w:r w:rsidRPr="002F78A6">
        <w:t xml:space="preserve">• Expected results (Outcome) (by specific objective): </w:t>
      </w:r>
      <w:r w:rsidR="000C0EA2" w:rsidRPr="00143264">
        <w:rPr>
          <w:i/>
          <w:iCs/>
        </w:rPr>
        <w:t xml:space="preserve">This involves determining the numerical values ​​of the desired results or products after the </w:t>
      </w:r>
      <w:proofErr w:type="gramStart"/>
      <w:r w:rsidR="000C0EA2" w:rsidRPr="00143264">
        <w:rPr>
          <w:i/>
          <w:iCs/>
        </w:rPr>
        <w:t>intervention</w:t>
      </w:r>
      <w:r w:rsidR="000C0EA2" w:rsidRPr="003D4282">
        <w:t>:</w:t>
      </w:r>
      <w:r w:rsidRPr="002F78A6">
        <w:t>...</w:t>
      </w:r>
      <w:proofErr w:type="gramEnd"/>
    </w:p>
    <w:p w14:paraId="4823C33C" w14:textId="77777777" w:rsidR="000746B7" w:rsidRPr="000C0EA2" w:rsidRDefault="00331385" w:rsidP="00155FB7">
      <w:pPr>
        <w:jc w:val="both"/>
      </w:pPr>
      <w:r w:rsidRPr="002F78A6">
        <w:t>• Main activities by expected results: ...</w:t>
      </w:r>
    </w:p>
    <w:p w14:paraId="1F05C08C" w14:textId="77777777" w:rsidR="000746B7" w:rsidRPr="000C0EA2" w:rsidRDefault="00331385" w:rsidP="00155FB7">
      <w:pPr>
        <w:jc w:val="both"/>
      </w:pPr>
      <w:r w:rsidRPr="002F78A6">
        <w:t>• Methodological approach: ...</w:t>
      </w:r>
    </w:p>
    <w:p w14:paraId="3AB875FA" w14:textId="012D5AA9" w:rsidR="000746B7" w:rsidRPr="000C0EA2" w:rsidRDefault="00331385" w:rsidP="00155FB7">
      <w:pPr>
        <w:jc w:val="both"/>
      </w:pPr>
      <w:r w:rsidRPr="002F78A6">
        <w:lastRenderedPageBreak/>
        <w:t xml:space="preserve">• Logical framework (to be </w:t>
      </w:r>
      <w:r w:rsidR="00997BF0">
        <w:t>includ</w:t>
      </w:r>
      <w:r w:rsidRPr="002F78A6">
        <w:t xml:space="preserve">ed in the appendix): </w:t>
      </w:r>
      <w:r w:rsidR="000C0EA2" w:rsidRPr="00143264">
        <w:rPr>
          <w:i/>
          <w:iCs/>
        </w:rPr>
        <w:t>the logical framework must include the reference values ​​and the target values ​​for each indicator</w:t>
      </w:r>
      <w:r w:rsidRPr="002F78A6">
        <w:t>...</w:t>
      </w:r>
    </w:p>
    <w:p w14:paraId="5192DDB9" w14:textId="77777777" w:rsidR="000746B7" w:rsidRPr="002F78A6" w:rsidRDefault="00331385" w:rsidP="004012F2">
      <w:pPr>
        <w:pStyle w:val="Titre1"/>
        <w:spacing w:after="240"/>
        <w:jc w:val="both"/>
        <w:rPr>
          <w:lang w:val="fr-FR"/>
        </w:rPr>
      </w:pPr>
      <w:r w:rsidRPr="002F78A6">
        <w:t>🟦 VI. CONTRIBUTIONS TRANSVERSALES</w:t>
      </w:r>
    </w:p>
    <w:p w14:paraId="0A50DD40" w14:textId="593F6B07" w:rsidR="000746B7" w:rsidRPr="000C0EA2" w:rsidRDefault="00331385" w:rsidP="00155FB7">
      <w:pPr>
        <w:jc w:val="both"/>
        <w:rPr>
          <w:b/>
          <w:bCs/>
          <w:i/>
          <w:iCs/>
        </w:rPr>
      </w:pPr>
      <w:r w:rsidRPr="00574633">
        <w:rPr>
          <w:b/>
          <w:bCs/>
          <w:i/>
          <w:iCs/>
        </w:rPr>
        <w:t>Objective: Explain how your project takes into account gender, innovation</w:t>
      </w:r>
      <w:r w:rsidR="00997BF0">
        <w:rPr>
          <w:b/>
          <w:bCs/>
          <w:i/>
          <w:iCs/>
        </w:rPr>
        <w:t>,</w:t>
      </w:r>
      <w:r w:rsidRPr="00574633">
        <w:rPr>
          <w:b/>
          <w:bCs/>
          <w:i/>
          <w:iCs/>
        </w:rPr>
        <w:t xml:space="preserve"> and sustainability issues.</w:t>
      </w:r>
    </w:p>
    <w:p w14:paraId="5B4487F6" w14:textId="77777777" w:rsidR="000746B7" w:rsidRPr="002F78A6" w:rsidRDefault="00331385" w:rsidP="002F78A6">
      <w:pPr>
        <w:pStyle w:val="Citationintense"/>
        <w:ind w:left="0"/>
        <w:jc w:val="both"/>
        <w:rPr>
          <w:lang w:val="fr-FR"/>
        </w:rPr>
      </w:pPr>
      <w:r w:rsidRPr="002F78A6">
        <w:t>📘 Detailed instructions:</w:t>
      </w:r>
    </w:p>
    <w:p w14:paraId="490E9C0D" w14:textId="77777777" w:rsidR="00997BF0" w:rsidRPr="00997BF0" w:rsidRDefault="00997BF0" w:rsidP="00997BF0">
      <w:pPr>
        <w:pStyle w:val="Paragraphedeliste"/>
        <w:numPr>
          <w:ilvl w:val="0"/>
          <w:numId w:val="22"/>
        </w:numPr>
        <w:spacing w:after="0"/>
        <w:jc w:val="both"/>
        <w:rPr>
          <w:i/>
          <w:iCs/>
        </w:rPr>
      </w:pPr>
      <w:r w:rsidRPr="00997BF0">
        <w:rPr>
          <w:b/>
          <w:bCs/>
          <w:i/>
          <w:iCs/>
        </w:rPr>
        <w:t>Gender and inclusion</w:t>
      </w:r>
      <w:r w:rsidRPr="00997BF0">
        <w:rPr>
          <w:i/>
          <w:iCs/>
        </w:rPr>
        <w:t>: How are women, youth, or marginalized groups integrated into the project? Examples include recruitment, training, and governance.</w:t>
      </w:r>
    </w:p>
    <w:p w14:paraId="2E549C9F" w14:textId="62B32163" w:rsidR="00997BF0" w:rsidRPr="00997BF0" w:rsidRDefault="00997BF0" w:rsidP="00997BF0">
      <w:pPr>
        <w:pStyle w:val="Paragraphedeliste"/>
        <w:numPr>
          <w:ilvl w:val="0"/>
          <w:numId w:val="22"/>
        </w:numPr>
        <w:spacing w:after="0"/>
        <w:jc w:val="both"/>
        <w:rPr>
          <w:i/>
          <w:iCs/>
        </w:rPr>
      </w:pPr>
      <w:r w:rsidRPr="00997BF0">
        <w:rPr>
          <w:b/>
          <w:bCs/>
          <w:i/>
          <w:iCs/>
        </w:rPr>
        <w:t>Innovation</w:t>
      </w:r>
      <w:r w:rsidRPr="00997BF0">
        <w:rPr>
          <w:i/>
          <w:iCs/>
        </w:rPr>
        <w:t xml:space="preserve">: Does your project introduce a new solution, an original method, or an adapted technology? </w:t>
      </w:r>
    </w:p>
    <w:p w14:paraId="6E5CAA9D" w14:textId="50858BE4" w:rsidR="002F78A6" w:rsidRPr="00997BF0" w:rsidRDefault="00997BF0" w:rsidP="00997BF0">
      <w:pPr>
        <w:pStyle w:val="Paragraphedeliste"/>
        <w:numPr>
          <w:ilvl w:val="0"/>
          <w:numId w:val="22"/>
        </w:numPr>
        <w:spacing w:after="0"/>
        <w:jc w:val="both"/>
        <w:rPr>
          <w:i/>
          <w:iCs/>
        </w:rPr>
      </w:pPr>
      <w:r w:rsidRPr="00997BF0">
        <w:rPr>
          <w:b/>
          <w:bCs/>
          <w:i/>
          <w:iCs/>
        </w:rPr>
        <w:t>Sustainability</w:t>
      </w:r>
      <w:r w:rsidRPr="00997BF0">
        <w:rPr>
          <w:i/>
          <w:iCs/>
        </w:rPr>
        <w:t>: How will results be maintained after the CMRP grant ends? What is the exit strategy—such as integration into local policies, empowerment of actors, or data ownership?</w:t>
      </w:r>
    </w:p>
    <w:p w14:paraId="2091EABB" w14:textId="77777777" w:rsidR="00997BF0" w:rsidRPr="000C0EA2" w:rsidRDefault="00997BF0" w:rsidP="002F78A6">
      <w:pPr>
        <w:spacing w:after="0"/>
        <w:jc w:val="both"/>
        <w:rPr>
          <w:i/>
          <w:iCs/>
        </w:rPr>
      </w:pPr>
    </w:p>
    <w:p w14:paraId="740A47E3" w14:textId="77777777" w:rsidR="000746B7" w:rsidRPr="000C0EA2" w:rsidRDefault="00331385" w:rsidP="00155FB7">
      <w:pPr>
        <w:jc w:val="both"/>
        <w:rPr>
          <w:i/>
          <w:iCs/>
        </w:rPr>
      </w:pPr>
      <w:r w:rsidRPr="005B4093">
        <w:rPr>
          <w:i/>
          <w:iCs/>
        </w:rPr>
        <w:t>✏️ To be completed below (2 pages maximum):</w:t>
      </w:r>
    </w:p>
    <w:p w14:paraId="4974BD3C" w14:textId="77777777" w:rsidR="000746B7" w:rsidRPr="000C0EA2" w:rsidRDefault="00331385" w:rsidP="00155FB7">
      <w:pPr>
        <w:jc w:val="both"/>
        <w:rPr>
          <w:i/>
          <w:iCs/>
        </w:rPr>
      </w:pPr>
      <w:r w:rsidRPr="005B4093">
        <w:rPr>
          <w:i/>
          <w:iCs/>
        </w:rPr>
        <w:t>• Gender and inclusion: ...</w:t>
      </w:r>
    </w:p>
    <w:p w14:paraId="1E8C84AF" w14:textId="77777777" w:rsidR="000746B7" w:rsidRPr="000C0EA2" w:rsidRDefault="00331385" w:rsidP="00155FB7">
      <w:pPr>
        <w:jc w:val="both"/>
        <w:rPr>
          <w:i/>
          <w:iCs/>
        </w:rPr>
      </w:pPr>
      <w:r w:rsidRPr="005B4093">
        <w:rPr>
          <w:i/>
          <w:iCs/>
        </w:rPr>
        <w:t>• Proposed innovation: ...</w:t>
      </w:r>
    </w:p>
    <w:p w14:paraId="0FCAF7E8" w14:textId="77777777" w:rsidR="000746B7" w:rsidRPr="000C0EA2" w:rsidRDefault="00331385" w:rsidP="00155FB7">
      <w:pPr>
        <w:jc w:val="both"/>
        <w:rPr>
          <w:i/>
          <w:iCs/>
        </w:rPr>
      </w:pPr>
      <w:r w:rsidRPr="005B4093">
        <w:rPr>
          <w:i/>
          <w:iCs/>
        </w:rPr>
        <w:t>• Sustainability of the stock (exit strategy): ...</w:t>
      </w:r>
    </w:p>
    <w:p w14:paraId="789539F2" w14:textId="77777777" w:rsidR="000746B7" w:rsidRPr="000C0EA2" w:rsidRDefault="00331385" w:rsidP="004012F2">
      <w:pPr>
        <w:pStyle w:val="Titre1"/>
        <w:spacing w:before="360" w:after="240"/>
        <w:jc w:val="both"/>
      </w:pPr>
      <w:r>
        <w:t>🟦 VII. TEAM ORGANIZATION</w:t>
      </w:r>
    </w:p>
    <w:p w14:paraId="0FDD01BD" w14:textId="77777777" w:rsidR="000746B7" w:rsidRPr="000C0EA2" w:rsidRDefault="002F78A6" w:rsidP="00155FB7">
      <w:pPr>
        <w:jc w:val="both"/>
        <w:rPr>
          <w:b/>
          <w:bCs/>
          <w:i/>
          <w:iCs/>
        </w:rPr>
      </w:pPr>
      <w:r w:rsidRPr="00574633">
        <w:rPr>
          <w:b/>
          <w:bCs/>
          <w:i/>
          <w:iCs/>
        </w:rPr>
        <w:t>Objective: To introduce the key members of the team, their role and skills.</w:t>
      </w:r>
    </w:p>
    <w:p w14:paraId="2C9856B3" w14:textId="77777777" w:rsidR="000746B7" w:rsidRPr="002F78A6" w:rsidRDefault="00331385" w:rsidP="002F78A6">
      <w:pPr>
        <w:pStyle w:val="Citationintense"/>
        <w:ind w:left="0"/>
        <w:jc w:val="both"/>
        <w:rPr>
          <w:lang w:val="fr-FR"/>
        </w:rPr>
      </w:pPr>
      <w:r w:rsidRPr="002F78A6">
        <w:t>📘 Detailed instructions:</w:t>
      </w:r>
    </w:p>
    <w:p w14:paraId="6B42DCDA" w14:textId="0B2D6D15" w:rsidR="000746B7" w:rsidRPr="000C0EA2" w:rsidRDefault="00997BF0" w:rsidP="00997BF0">
      <w:pPr>
        <w:pStyle w:val="Paragraphedeliste"/>
        <w:numPr>
          <w:ilvl w:val="0"/>
          <w:numId w:val="23"/>
        </w:numPr>
        <w:spacing w:after="0"/>
        <w:jc w:val="both"/>
        <w:rPr>
          <w:i/>
          <w:iCs/>
        </w:rPr>
      </w:pPr>
      <w:r w:rsidRPr="00997BF0">
        <w:rPr>
          <w:i/>
          <w:iCs/>
        </w:rPr>
        <w:t>Outline the makeup of your implementation team, including partners if it is a consortium.</w:t>
      </w:r>
    </w:p>
    <w:p w14:paraId="7F1F9080" w14:textId="2881C508" w:rsidR="000746B7" w:rsidRPr="000C0EA2" w:rsidRDefault="00331385" w:rsidP="00997BF0">
      <w:pPr>
        <w:pStyle w:val="Paragraphedeliste"/>
        <w:numPr>
          <w:ilvl w:val="0"/>
          <w:numId w:val="23"/>
        </w:numPr>
        <w:spacing w:after="0"/>
        <w:jc w:val="both"/>
        <w:rPr>
          <w:i/>
          <w:iCs/>
        </w:rPr>
      </w:pPr>
      <w:r w:rsidRPr="00997BF0">
        <w:rPr>
          <w:i/>
          <w:iCs/>
        </w:rPr>
        <w:t>For each member, specify the</w:t>
      </w:r>
      <w:r w:rsidR="00997BF0" w:rsidRPr="00997BF0">
        <w:rPr>
          <w:i/>
          <w:iCs/>
        </w:rPr>
        <w:t>ir</w:t>
      </w:r>
      <w:r w:rsidRPr="00997BF0">
        <w:rPr>
          <w:i/>
          <w:iCs/>
        </w:rPr>
        <w:t xml:space="preserve"> role in the project, core </w:t>
      </w:r>
      <w:r w:rsidR="00997BF0" w:rsidRPr="00997BF0">
        <w:rPr>
          <w:i/>
          <w:iCs/>
        </w:rPr>
        <w:t>skill</w:t>
      </w:r>
      <w:r w:rsidRPr="00997BF0">
        <w:rPr>
          <w:i/>
          <w:iCs/>
        </w:rPr>
        <w:t>s, and relevant experience.</w:t>
      </w:r>
    </w:p>
    <w:p w14:paraId="78F781B2" w14:textId="7DB5B047" w:rsidR="000746B7" w:rsidRPr="000C0EA2" w:rsidRDefault="00331385" w:rsidP="00997BF0">
      <w:pPr>
        <w:pStyle w:val="Paragraphedeliste"/>
        <w:numPr>
          <w:ilvl w:val="0"/>
          <w:numId w:val="23"/>
        </w:numPr>
        <w:spacing w:after="0"/>
        <w:jc w:val="both"/>
        <w:rPr>
          <w:i/>
          <w:iCs/>
        </w:rPr>
      </w:pPr>
      <w:r w:rsidRPr="00997BF0">
        <w:rPr>
          <w:i/>
          <w:iCs/>
        </w:rPr>
        <w:t xml:space="preserve">Attach </w:t>
      </w:r>
      <w:r w:rsidR="00997BF0" w:rsidRPr="00997BF0">
        <w:rPr>
          <w:i/>
          <w:iCs/>
        </w:rPr>
        <w:t xml:space="preserve">the </w:t>
      </w:r>
      <w:r w:rsidRPr="00997BF0">
        <w:rPr>
          <w:i/>
          <w:iCs/>
        </w:rPr>
        <w:t>updated CVs of key members.</w:t>
      </w:r>
    </w:p>
    <w:p w14:paraId="4A378BF7" w14:textId="77777777" w:rsidR="002F78A6" w:rsidRPr="000C0EA2" w:rsidRDefault="002F78A6" w:rsidP="002F78A6">
      <w:pPr>
        <w:spacing w:after="0"/>
        <w:jc w:val="both"/>
        <w:rPr>
          <w:i/>
          <w:iCs/>
        </w:rPr>
      </w:pPr>
    </w:p>
    <w:p w14:paraId="500157C6" w14:textId="77777777" w:rsidR="000746B7" w:rsidRPr="000C0EA2" w:rsidRDefault="00331385" w:rsidP="00155FB7">
      <w:pPr>
        <w:jc w:val="both"/>
        <w:rPr>
          <w:i/>
          <w:iCs/>
        </w:rPr>
      </w:pPr>
      <w:r w:rsidRPr="00C13824">
        <w:rPr>
          <w:i/>
          <w:iCs/>
        </w:rPr>
        <w:t>✏️ To be completed below (2 and 1/2 pages maximum):</w:t>
      </w:r>
    </w:p>
    <w:p w14:paraId="5E9126FC" w14:textId="05B01ACA" w:rsidR="000746B7" w:rsidRPr="00997BF0" w:rsidRDefault="00331385" w:rsidP="00997BF0">
      <w:pPr>
        <w:pStyle w:val="Paragraphedeliste"/>
        <w:numPr>
          <w:ilvl w:val="0"/>
          <w:numId w:val="23"/>
        </w:numPr>
        <w:jc w:val="both"/>
        <w:rPr>
          <w:lang w:val="fr-FR"/>
        </w:rPr>
      </w:pPr>
      <w:r w:rsidRPr="002F78A6">
        <w:t>Composition of the team: ...</w:t>
      </w:r>
    </w:p>
    <w:p w14:paraId="01918C82" w14:textId="19369DD7" w:rsidR="000746B7" w:rsidRPr="00997BF0" w:rsidRDefault="00331385" w:rsidP="00997BF0">
      <w:pPr>
        <w:pStyle w:val="Paragraphedeliste"/>
        <w:numPr>
          <w:ilvl w:val="0"/>
          <w:numId w:val="23"/>
        </w:numPr>
        <w:jc w:val="both"/>
        <w:rPr>
          <w:lang w:val="fr-FR"/>
        </w:rPr>
      </w:pPr>
      <w:r w:rsidRPr="002F78A6">
        <w:t>Roles of each: ...</w:t>
      </w:r>
    </w:p>
    <w:p w14:paraId="47C80D79" w14:textId="4978596C" w:rsidR="000746B7" w:rsidRPr="00997BF0" w:rsidRDefault="00331385" w:rsidP="00997BF0">
      <w:pPr>
        <w:pStyle w:val="Paragraphedeliste"/>
        <w:numPr>
          <w:ilvl w:val="0"/>
          <w:numId w:val="23"/>
        </w:numPr>
        <w:jc w:val="both"/>
        <w:rPr>
          <w:lang w:val="fr-FR"/>
        </w:rPr>
      </w:pPr>
      <w:r w:rsidRPr="002F78A6">
        <w:t>Members' CVs attached</w:t>
      </w:r>
    </w:p>
    <w:p w14:paraId="60B9C847" w14:textId="77777777" w:rsidR="000746B7" w:rsidRPr="000C0EA2" w:rsidRDefault="00331385" w:rsidP="004012F2">
      <w:pPr>
        <w:pStyle w:val="Titre1"/>
        <w:spacing w:before="360" w:after="240"/>
        <w:jc w:val="both"/>
      </w:pPr>
      <w:r w:rsidRPr="002F78A6">
        <w:rPr>
          <w:rFonts w:ascii="Apple Color Emoji" w:hAnsi="Apple Color Emoji" w:cs="Apple Color Emoji"/>
        </w:rPr>
        <w:lastRenderedPageBreak/>
        <w:t>🟦</w:t>
      </w:r>
      <w:r w:rsidRPr="002F78A6">
        <w:t xml:space="preserve"> VIII. DETAILED TIMETABLE OF ACTIVITIES</w:t>
      </w:r>
    </w:p>
    <w:p w14:paraId="5245319F" w14:textId="1B8A3D53" w:rsidR="000746B7" w:rsidRPr="000C0EA2" w:rsidRDefault="00997BF0" w:rsidP="00155FB7">
      <w:pPr>
        <w:jc w:val="both"/>
        <w:rPr>
          <w:b/>
          <w:bCs/>
          <w:i/>
          <w:iCs/>
        </w:rPr>
      </w:pPr>
      <w:r>
        <w:rPr>
          <w:b/>
          <w:bCs/>
          <w:i/>
          <w:iCs/>
        </w:rPr>
        <w:t>Objective: Schedule project activities month by month and demonstrate how human resources will be mobilized.</w:t>
      </w:r>
    </w:p>
    <w:p w14:paraId="438D74D5" w14:textId="77777777" w:rsidR="000746B7" w:rsidRPr="00331385" w:rsidRDefault="00331385" w:rsidP="002F78A6">
      <w:pPr>
        <w:pStyle w:val="Citationintense"/>
        <w:ind w:left="0"/>
        <w:jc w:val="both"/>
        <w:rPr>
          <w:lang w:val="fr-FR"/>
        </w:rPr>
      </w:pPr>
      <w:r>
        <w:t xml:space="preserve">📘 Detailed instructions </w:t>
      </w:r>
    </w:p>
    <w:p w14:paraId="24C7E194" w14:textId="53DCE39A" w:rsidR="000746B7" w:rsidRPr="000C0EA2" w:rsidRDefault="00997BF0" w:rsidP="00997BF0">
      <w:pPr>
        <w:pStyle w:val="Paragraphedeliste"/>
        <w:numPr>
          <w:ilvl w:val="0"/>
          <w:numId w:val="25"/>
        </w:numPr>
        <w:spacing w:after="0"/>
        <w:jc w:val="both"/>
        <w:rPr>
          <w:i/>
          <w:iCs/>
        </w:rPr>
      </w:pPr>
      <w:r w:rsidRPr="00997BF0">
        <w:rPr>
          <w:i/>
          <w:iCs/>
        </w:rPr>
        <w:t>P</w:t>
      </w:r>
      <w:r>
        <w:rPr>
          <w:i/>
          <w:iCs/>
        </w:rPr>
        <w:t>lease p</w:t>
      </w:r>
      <w:r w:rsidRPr="00997BF0">
        <w:rPr>
          <w:i/>
          <w:iCs/>
        </w:rPr>
        <w:t>rovide a clear overview of the main activities along with their implementation timeline</w:t>
      </w:r>
      <w:r>
        <w:rPr>
          <w:i/>
          <w:iCs/>
        </w:rPr>
        <w:t>,</w:t>
      </w:r>
      <w:r w:rsidRPr="00997BF0">
        <w:rPr>
          <w:i/>
          <w:iCs/>
        </w:rPr>
        <w:t xml:space="preserve"> month by month.</w:t>
      </w:r>
    </w:p>
    <w:p w14:paraId="2325A835" w14:textId="761F8DB3" w:rsidR="000746B7" w:rsidRPr="000C0EA2" w:rsidRDefault="00331385" w:rsidP="00997BF0">
      <w:pPr>
        <w:pStyle w:val="Paragraphedeliste"/>
        <w:numPr>
          <w:ilvl w:val="0"/>
          <w:numId w:val="25"/>
        </w:numPr>
        <w:spacing w:after="0"/>
        <w:jc w:val="both"/>
        <w:rPr>
          <w:i/>
          <w:iCs/>
        </w:rPr>
      </w:pPr>
      <w:r w:rsidRPr="00997BF0">
        <w:rPr>
          <w:i/>
          <w:iCs/>
        </w:rPr>
        <w:t xml:space="preserve">Add a column </w:t>
      </w:r>
      <w:r w:rsidR="00997BF0">
        <w:rPr>
          <w:i/>
          <w:iCs/>
        </w:rPr>
        <w:t>indicat</w:t>
      </w:r>
      <w:r w:rsidRPr="00997BF0">
        <w:rPr>
          <w:i/>
          <w:iCs/>
        </w:rPr>
        <w:t>ing which team members are responsible for each activity.</w:t>
      </w:r>
    </w:p>
    <w:p w14:paraId="76B2D0FE" w14:textId="53EDE0E7" w:rsidR="000746B7" w:rsidRPr="000C0EA2" w:rsidRDefault="00997BF0" w:rsidP="00997BF0">
      <w:pPr>
        <w:pStyle w:val="Paragraphedeliste"/>
        <w:numPr>
          <w:ilvl w:val="0"/>
          <w:numId w:val="25"/>
        </w:numPr>
        <w:spacing w:after="0"/>
        <w:jc w:val="both"/>
        <w:rPr>
          <w:i/>
          <w:iCs/>
        </w:rPr>
      </w:pPr>
      <w:r>
        <w:rPr>
          <w:i/>
          <w:iCs/>
        </w:rPr>
        <w:t xml:space="preserve">Make </w:t>
      </w:r>
      <w:r w:rsidRPr="00997BF0">
        <w:rPr>
          <w:i/>
          <w:iCs/>
        </w:rPr>
        <w:t>sure</w:t>
      </w:r>
      <w:r w:rsidR="00331385" w:rsidRPr="00997BF0">
        <w:rPr>
          <w:i/>
          <w:iCs/>
        </w:rPr>
        <w:t xml:space="preserve"> the timetable is </w:t>
      </w:r>
      <w:r>
        <w:rPr>
          <w:i/>
          <w:iCs/>
        </w:rPr>
        <w:t>practical</w:t>
      </w:r>
      <w:r w:rsidR="00331385" w:rsidRPr="00997BF0">
        <w:rPr>
          <w:i/>
          <w:iCs/>
        </w:rPr>
        <w:t xml:space="preserve"> </w:t>
      </w:r>
      <w:r w:rsidRPr="00997BF0">
        <w:rPr>
          <w:i/>
          <w:iCs/>
        </w:rPr>
        <w:t>compared</w:t>
      </w:r>
      <w:r w:rsidR="00331385" w:rsidRPr="00997BF0">
        <w:rPr>
          <w:i/>
          <w:iCs/>
        </w:rPr>
        <w:t xml:space="preserve"> to the advertised duration.</w:t>
      </w:r>
    </w:p>
    <w:p w14:paraId="45089503" w14:textId="77777777" w:rsidR="002F78A6" w:rsidRPr="000C0EA2" w:rsidRDefault="002F78A6" w:rsidP="002F78A6">
      <w:pPr>
        <w:spacing w:after="0"/>
        <w:jc w:val="both"/>
        <w:rPr>
          <w:i/>
          <w:iCs/>
        </w:rPr>
      </w:pPr>
    </w:p>
    <w:p w14:paraId="75496DC7" w14:textId="59E5FF94" w:rsidR="000746B7" w:rsidRPr="000C0EA2" w:rsidRDefault="00331385" w:rsidP="00155FB7">
      <w:pPr>
        <w:jc w:val="both"/>
        <w:rPr>
          <w:i/>
          <w:iCs/>
        </w:rPr>
      </w:pPr>
      <w:r w:rsidRPr="00C13824">
        <w:rPr>
          <w:i/>
          <w:iCs/>
        </w:rPr>
        <w:t xml:space="preserve">✏️ Example table to fill </w:t>
      </w:r>
      <w:r w:rsidR="00997BF0">
        <w:rPr>
          <w:i/>
          <w:iCs/>
        </w:rPr>
        <w:t>out</w:t>
      </w:r>
      <w:r w:rsidRPr="00C13824">
        <w:rPr>
          <w:i/>
          <w:iCs/>
        </w:rPr>
        <w:t>:</w:t>
      </w:r>
    </w:p>
    <w:tbl>
      <w:tblPr>
        <w:tblStyle w:val="Grilledutableau"/>
        <w:tblW w:w="0" w:type="auto"/>
        <w:tblLook w:val="04A0" w:firstRow="1" w:lastRow="0" w:firstColumn="1" w:lastColumn="0" w:noHBand="0" w:noVBand="1"/>
      </w:tblPr>
      <w:tblGrid>
        <w:gridCol w:w="1079"/>
        <w:gridCol w:w="1131"/>
        <w:gridCol w:w="1070"/>
        <w:gridCol w:w="1070"/>
        <w:gridCol w:w="1070"/>
        <w:gridCol w:w="1070"/>
        <w:gridCol w:w="1070"/>
        <w:gridCol w:w="1070"/>
      </w:tblGrid>
      <w:tr w:rsidR="000746B7" w:rsidRPr="002F78A6" w14:paraId="5C8722D3" w14:textId="77777777">
        <w:tc>
          <w:tcPr>
            <w:tcW w:w="1080" w:type="dxa"/>
          </w:tcPr>
          <w:p w14:paraId="1D055565" w14:textId="77777777" w:rsidR="000746B7" w:rsidRPr="002F78A6" w:rsidRDefault="00331385" w:rsidP="00155FB7">
            <w:pPr>
              <w:jc w:val="both"/>
              <w:rPr>
                <w:lang w:val="fr-FR"/>
              </w:rPr>
            </w:pPr>
            <w:r w:rsidRPr="002F78A6">
              <w:t>Activities</w:t>
            </w:r>
          </w:p>
        </w:tc>
        <w:tc>
          <w:tcPr>
            <w:tcW w:w="1080" w:type="dxa"/>
          </w:tcPr>
          <w:p w14:paraId="70A9BEF5" w14:textId="77777777" w:rsidR="000746B7" w:rsidRPr="002F78A6" w:rsidRDefault="00331385" w:rsidP="00155FB7">
            <w:pPr>
              <w:jc w:val="both"/>
              <w:rPr>
                <w:lang w:val="fr-FR"/>
              </w:rPr>
            </w:pPr>
            <w:r w:rsidRPr="002F78A6">
              <w:t>Contact(s)</w:t>
            </w:r>
          </w:p>
        </w:tc>
        <w:tc>
          <w:tcPr>
            <w:tcW w:w="1080" w:type="dxa"/>
          </w:tcPr>
          <w:p w14:paraId="3B0FB0D8" w14:textId="77777777" w:rsidR="000746B7" w:rsidRPr="002F78A6" w:rsidRDefault="00331385" w:rsidP="00155FB7">
            <w:pPr>
              <w:jc w:val="both"/>
              <w:rPr>
                <w:lang w:val="fr-FR"/>
              </w:rPr>
            </w:pPr>
            <w:r w:rsidRPr="002F78A6">
              <w:t>M1</w:t>
            </w:r>
          </w:p>
        </w:tc>
        <w:tc>
          <w:tcPr>
            <w:tcW w:w="1080" w:type="dxa"/>
          </w:tcPr>
          <w:p w14:paraId="64002143" w14:textId="77777777" w:rsidR="000746B7" w:rsidRPr="002F78A6" w:rsidRDefault="00331385" w:rsidP="00155FB7">
            <w:pPr>
              <w:jc w:val="both"/>
              <w:rPr>
                <w:lang w:val="fr-FR"/>
              </w:rPr>
            </w:pPr>
            <w:r w:rsidRPr="002F78A6">
              <w:t>M2</w:t>
            </w:r>
          </w:p>
        </w:tc>
        <w:tc>
          <w:tcPr>
            <w:tcW w:w="1080" w:type="dxa"/>
          </w:tcPr>
          <w:p w14:paraId="7408FC86" w14:textId="77777777" w:rsidR="000746B7" w:rsidRPr="002F78A6" w:rsidRDefault="00331385" w:rsidP="00155FB7">
            <w:pPr>
              <w:jc w:val="both"/>
              <w:rPr>
                <w:lang w:val="fr-FR"/>
              </w:rPr>
            </w:pPr>
            <w:r w:rsidRPr="002F78A6">
              <w:t>M3</w:t>
            </w:r>
          </w:p>
        </w:tc>
        <w:tc>
          <w:tcPr>
            <w:tcW w:w="1080" w:type="dxa"/>
          </w:tcPr>
          <w:p w14:paraId="17CCA42E" w14:textId="77777777" w:rsidR="000746B7" w:rsidRPr="002F78A6" w:rsidRDefault="00331385" w:rsidP="00155FB7">
            <w:pPr>
              <w:jc w:val="both"/>
              <w:rPr>
                <w:lang w:val="fr-FR"/>
              </w:rPr>
            </w:pPr>
            <w:r w:rsidRPr="002F78A6">
              <w:t>M4</w:t>
            </w:r>
          </w:p>
        </w:tc>
        <w:tc>
          <w:tcPr>
            <w:tcW w:w="1080" w:type="dxa"/>
          </w:tcPr>
          <w:p w14:paraId="20C34A29" w14:textId="77777777" w:rsidR="000746B7" w:rsidRPr="002F78A6" w:rsidRDefault="00331385" w:rsidP="00155FB7">
            <w:pPr>
              <w:jc w:val="both"/>
              <w:rPr>
                <w:lang w:val="fr-FR"/>
              </w:rPr>
            </w:pPr>
            <w:r w:rsidRPr="002F78A6">
              <w:t>M5</w:t>
            </w:r>
          </w:p>
        </w:tc>
        <w:tc>
          <w:tcPr>
            <w:tcW w:w="1080" w:type="dxa"/>
          </w:tcPr>
          <w:p w14:paraId="7F00CB60" w14:textId="77777777" w:rsidR="000746B7" w:rsidRPr="002F78A6" w:rsidRDefault="00331385" w:rsidP="00155FB7">
            <w:pPr>
              <w:jc w:val="both"/>
              <w:rPr>
                <w:lang w:val="fr-FR"/>
              </w:rPr>
            </w:pPr>
            <w:r w:rsidRPr="002F78A6">
              <w:t>M6</w:t>
            </w:r>
          </w:p>
        </w:tc>
      </w:tr>
    </w:tbl>
    <w:p w14:paraId="474FE9B8" w14:textId="77777777" w:rsidR="00574633" w:rsidRDefault="00574633" w:rsidP="00155FB7">
      <w:pPr>
        <w:jc w:val="both"/>
        <w:rPr>
          <w:lang w:val="fr-FR"/>
        </w:rPr>
      </w:pPr>
    </w:p>
    <w:p w14:paraId="5FC6155A" w14:textId="4FD7EF62" w:rsidR="000746B7" w:rsidRPr="000C0EA2" w:rsidRDefault="00997BF0" w:rsidP="00155FB7">
      <w:pPr>
        <w:jc w:val="both"/>
        <w:rPr>
          <w:i/>
          <w:iCs/>
        </w:rPr>
      </w:pPr>
      <w:r>
        <w:rPr>
          <w:i/>
          <w:iCs/>
        </w:rPr>
        <w:t>Add more columns if your project lasts longer than 6 months. You can also present the timetable by quarter if your project's duration exceeds 6 months.</w:t>
      </w:r>
    </w:p>
    <w:p w14:paraId="4D2E11E9" w14:textId="77777777" w:rsidR="000746B7" w:rsidRPr="000C0EA2" w:rsidRDefault="00331385" w:rsidP="004012F2">
      <w:pPr>
        <w:pStyle w:val="Titre1"/>
        <w:spacing w:before="360" w:after="240"/>
        <w:jc w:val="both"/>
      </w:pPr>
      <w:r w:rsidRPr="002F78A6">
        <w:t>🟦 IX. DETAILED BUDGET</w:t>
      </w:r>
    </w:p>
    <w:p w14:paraId="7B71E6EA" w14:textId="370F7D12" w:rsidR="000746B7" w:rsidRPr="000C0EA2" w:rsidRDefault="00997BF0" w:rsidP="00155FB7">
      <w:pPr>
        <w:jc w:val="both"/>
        <w:rPr>
          <w:i/>
          <w:iCs/>
        </w:rPr>
      </w:pPr>
      <w:r>
        <w:rPr>
          <w:b/>
          <w:bCs/>
          <w:i/>
          <w:iCs/>
        </w:rPr>
        <w:t>Objective: To present the estimated project costs transparently, item by item, clearly distinguishing between sources of funding</w:t>
      </w:r>
      <w:r>
        <w:rPr>
          <w:i/>
          <w:iCs/>
        </w:rPr>
        <w:t>.</w:t>
      </w:r>
    </w:p>
    <w:p w14:paraId="5BB4A5F4" w14:textId="77777777" w:rsidR="000746B7" w:rsidRPr="00574633" w:rsidRDefault="00331385" w:rsidP="00574633">
      <w:pPr>
        <w:pStyle w:val="Citationintense"/>
        <w:ind w:left="0"/>
        <w:jc w:val="both"/>
        <w:rPr>
          <w:lang w:val="fr-FR"/>
        </w:rPr>
      </w:pPr>
      <w:r w:rsidRPr="00574633">
        <w:t>📘 Detailed instructions:</w:t>
      </w:r>
    </w:p>
    <w:p w14:paraId="3C4F60BA" w14:textId="2DF38435" w:rsidR="000746B7" w:rsidRPr="000C0EA2" w:rsidRDefault="00331385" w:rsidP="00997BF0">
      <w:pPr>
        <w:pStyle w:val="Paragraphedeliste"/>
        <w:numPr>
          <w:ilvl w:val="0"/>
          <w:numId w:val="26"/>
        </w:numPr>
        <w:jc w:val="both"/>
        <w:rPr>
          <w:i/>
          <w:iCs/>
        </w:rPr>
      </w:pPr>
      <w:r w:rsidRPr="00997BF0">
        <w:rPr>
          <w:i/>
          <w:iCs/>
        </w:rPr>
        <w:t xml:space="preserve">Complete a table detailing costs by activity, </w:t>
      </w:r>
      <w:r w:rsidR="00997BF0" w:rsidRPr="00997BF0">
        <w:rPr>
          <w:i/>
          <w:iCs/>
        </w:rPr>
        <w:t>includ</w:t>
      </w:r>
      <w:r w:rsidRPr="00997BF0">
        <w:rPr>
          <w:i/>
          <w:iCs/>
        </w:rPr>
        <w:t>ing the quantity, unit cost, total amount, share covered by the CMRP, and co-financing.</w:t>
      </w:r>
    </w:p>
    <w:p w14:paraId="4C3E864D" w14:textId="76638F83" w:rsidR="000746B7" w:rsidRPr="000C0EA2" w:rsidRDefault="00331385" w:rsidP="00997BF0">
      <w:pPr>
        <w:pStyle w:val="Paragraphedeliste"/>
        <w:numPr>
          <w:ilvl w:val="0"/>
          <w:numId w:val="26"/>
        </w:numPr>
        <w:jc w:val="both"/>
        <w:rPr>
          <w:i/>
          <w:iCs/>
        </w:rPr>
      </w:pPr>
      <w:r w:rsidRPr="00997BF0">
        <w:rPr>
          <w:i/>
          <w:iCs/>
        </w:rPr>
        <w:t>In</w:t>
      </w:r>
      <w:r w:rsidR="00997BF0" w:rsidRPr="00997BF0">
        <w:rPr>
          <w:i/>
          <w:iCs/>
        </w:rPr>
        <w:t>clud</w:t>
      </w:r>
      <w:r w:rsidRPr="00997BF0">
        <w:rPr>
          <w:i/>
          <w:iCs/>
        </w:rPr>
        <w:t>e operating expenses (coordination, logistics, monitoring, communication, etc.) in a separate section.</w:t>
      </w:r>
    </w:p>
    <w:p w14:paraId="15B323CC" w14:textId="3EE4A744" w:rsidR="000746B7" w:rsidRPr="000C0EA2" w:rsidRDefault="00331385" w:rsidP="00997BF0">
      <w:pPr>
        <w:pStyle w:val="Paragraphedeliste"/>
        <w:numPr>
          <w:ilvl w:val="0"/>
          <w:numId w:val="26"/>
        </w:numPr>
        <w:jc w:val="both"/>
        <w:rPr>
          <w:i/>
          <w:iCs/>
        </w:rPr>
      </w:pPr>
      <w:r w:rsidRPr="00997BF0">
        <w:rPr>
          <w:i/>
          <w:iCs/>
        </w:rPr>
        <w:t>Specify whether the co-financing amounts are confirmed or estimated.</w:t>
      </w:r>
    </w:p>
    <w:p w14:paraId="14710B33" w14:textId="2082E11B" w:rsidR="000746B7" w:rsidRPr="000C0EA2" w:rsidRDefault="00331385" w:rsidP="00155FB7">
      <w:pPr>
        <w:jc w:val="both"/>
        <w:rPr>
          <w:i/>
          <w:iCs/>
        </w:rPr>
      </w:pPr>
      <w:r w:rsidRPr="00C13824">
        <w:rPr>
          <w:rFonts w:ascii="Apple Color Emoji" w:hAnsi="Apple Color Emoji" w:cs="Apple Color Emoji"/>
          <w:i/>
          <w:iCs/>
        </w:rPr>
        <w:t>✏️</w:t>
      </w:r>
      <w:r w:rsidRPr="00C13824">
        <w:rPr>
          <w:i/>
          <w:iCs/>
        </w:rPr>
        <w:t xml:space="preserve"> Example table to fill </w:t>
      </w:r>
      <w:r w:rsidR="00997BF0">
        <w:rPr>
          <w:i/>
          <w:iCs/>
        </w:rPr>
        <w:t>out:</w:t>
      </w:r>
    </w:p>
    <w:tbl>
      <w:tblPr>
        <w:tblStyle w:val="Grilledutableau"/>
        <w:tblW w:w="0" w:type="auto"/>
        <w:tblLook w:val="04A0" w:firstRow="1" w:lastRow="0" w:firstColumn="1" w:lastColumn="0" w:noHBand="0" w:noVBand="1"/>
      </w:tblPr>
      <w:tblGrid>
        <w:gridCol w:w="1304"/>
        <w:gridCol w:w="1214"/>
        <w:gridCol w:w="1227"/>
        <w:gridCol w:w="1214"/>
        <w:gridCol w:w="1224"/>
        <w:gridCol w:w="1219"/>
        <w:gridCol w:w="1228"/>
      </w:tblGrid>
      <w:tr w:rsidR="000746B7" w:rsidRPr="002F78A6" w14:paraId="2721396A" w14:textId="77777777">
        <w:tc>
          <w:tcPr>
            <w:tcW w:w="1234" w:type="dxa"/>
          </w:tcPr>
          <w:p w14:paraId="4FC75EF2" w14:textId="77777777" w:rsidR="000746B7" w:rsidRPr="002F78A6" w:rsidRDefault="00331385" w:rsidP="00155FB7">
            <w:pPr>
              <w:jc w:val="both"/>
              <w:rPr>
                <w:lang w:val="fr-FR"/>
              </w:rPr>
            </w:pPr>
            <w:r w:rsidRPr="002F78A6">
              <w:t>Item of expenditure</w:t>
            </w:r>
          </w:p>
        </w:tc>
        <w:tc>
          <w:tcPr>
            <w:tcW w:w="1234" w:type="dxa"/>
          </w:tcPr>
          <w:p w14:paraId="2E924554" w14:textId="77777777" w:rsidR="000746B7" w:rsidRPr="002F78A6" w:rsidRDefault="00331385" w:rsidP="00155FB7">
            <w:pPr>
              <w:jc w:val="both"/>
              <w:rPr>
                <w:lang w:val="fr-FR"/>
              </w:rPr>
            </w:pPr>
            <w:r w:rsidRPr="002F78A6">
              <w:t>Unit</w:t>
            </w:r>
          </w:p>
        </w:tc>
        <w:tc>
          <w:tcPr>
            <w:tcW w:w="1234" w:type="dxa"/>
          </w:tcPr>
          <w:p w14:paraId="3C7A7212" w14:textId="77777777" w:rsidR="000746B7" w:rsidRPr="002F78A6" w:rsidRDefault="00331385" w:rsidP="00155FB7">
            <w:pPr>
              <w:jc w:val="both"/>
              <w:rPr>
                <w:lang w:val="fr-FR"/>
              </w:rPr>
            </w:pPr>
            <w:r w:rsidRPr="002F78A6">
              <w:t>Quantity</w:t>
            </w:r>
          </w:p>
        </w:tc>
        <w:tc>
          <w:tcPr>
            <w:tcW w:w="1234" w:type="dxa"/>
          </w:tcPr>
          <w:p w14:paraId="4076EC1D" w14:textId="77777777" w:rsidR="000746B7" w:rsidRPr="002F78A6" w:rsidRDefault="00331385" w:rsidP="00155FB7">
            <w:pPr>
              <w:jc w:val="both"/>
              <w:rPr>
                <w:lang w:val="fr-FR"/>
              </w:rPr>
            </w:pPr>
            <w:r w:rsidRPr="002F78A6">
              <w:t>Unit cost (€)</w:t>
            </w:r>
          </w:p>
        </w:tc>
        <w:tc>
          <w:tcPr>
            <w:tcW w:w="1234" w:type="dxa"/>
          </w:tcPr>
          <w:p w14:paraId="2D4CEAA1" w14:textId="77777777" w:rsidR="000746B7" w:rsidRPr="002F78A6" w:rsidRDefault="00331385" w:rsidP="00155FB7">
            <w:pPr>
              <w:jc w:val="both"/>
              <w:rPr>
                <w:lang w:val="fr-FR"/>
              </w:rPr>
            </w:pPr>
            <w:r w:rsidRPr="002F78A6">
              <w:t>Total amount (€)</w:t>
            </w:r>
          </w:p>
        </w:tc>
        <w:tc>
          <w:tcPr>
            <w:tcW w:w="1234" w:type="dxa"/>
          </w:tcPr>
          <w:p w14:paraId="7AD1F103" w14:textId="77777777" w:rsidR="000746B7" w:rsidRPr="002F78A6" w:rsidRDefault="00331385" w:rsidP="00155FB7">
            <w:pPr>
              <w:jc w:val="both"/>
              <w:rPr>
                <w:lang w:val="fr-FR"/>
              </w:rPr>
            </w:pPr>
            <w:r w:rsidRPr="002F78A6">
              <w:t>PRCM (€)</w:t>
            </w:r>
          </w:p>
        </w:tc>
        <w:tc>
          <w:tcPr>
            <w:tcW w:w="1234" w:type="dxa"/>
          </w:tcPr>
          <w:p w14:paraId="6317E7B7" w14:textId="77777777" w:rsidR="000746B7" w:rsidRPr="002F78A6" w:rsidRDefault="00331385" w:rsidP="00155FB7">
            <w:pPr>
              <w:jc w:val="both"/>
              <w:rPr>
                <w:lang w:val="fr-FR"/>
              </w:rPr>
            </w:pPr>
            <w:r w:rsidRPr="002F78A6">
              <w:t>Co-financing (€)</w:t>
            </w:r>
          </w:p>
        </w:tc>
      </w:tr>
      <w:tr w:rsidR="000746B7" w:rsidRPr="000736B3" w14:paraId="69873B5C" w14:textId="77777777">
        <w:tc>
          <w:tcPr>
            <w:tcW w:w="1234" w:type="dxa"/>
          </w:tcPr>
          <w:p w14:paraId="40A45A7E" w14:textId="307AC97C" w:rsidR="000746B7" w:rsidRPr="000C0EA2" w:rsidRDefault="00331385" w:rsidP="00155FB7">
            <w:pPr>
              <w:jc w:val="both"/>
            </w:pPr>
            <w:r w:rsidRPr="002F78A6">
              <w:t>Ex: 5 women's training sessions on Nature-</w:t>
            </w:r>
            <w:r w:rsidRPr="002F78A6">
              <w:lastRenderedPageBreak/>
              <w:t>based Solutions</w:t>
            </w:r>
          </w:p>
        </w:tc>
        <w:tc>
          <w:tcPr>
            <w:tcW w:w="1234" w:type="dxa"/>
          </w:tcPr>
          <w:p w14:paraId="7C307C72" w14:textId="77777777" w:rsidR="000746B7" w:rsidRPr="000C0EA2" w:rsidRDefault="000746B7" w:rsidP="00155FB7">
            <w:pPr>
              <w:jc w:val="both"/>
            </w:pPr>
          </w:p>
        </w:tc>
        <w:tc>
          <w:tcPr>
            <w:tcW w:w="1234" w:type="dxa"/>
          </w:tcPr>
          <w:p w14:paraId="6B231819" w14:textId="77777777" w:rsidR="000746B7" w:rsidRPr="000C0EA2" w:rsidRDefault="000746B7" w:rsidP="00155FB7">
            <w:pPr>
              <w:jc w:val="both"/>
            </w:pPr>
          </w:p>
        </w:tc>
        <w:tc>
          <w:tcPr>
            <w:tcW w:w="1234" w:type="dxa"/>
          </w:tcPr>
          <w:p w14:paraId="3C606C7F" w14:textId="77777777" w:rsidR="000746B7" w:rsidRPr="000C0EA2" w:rsidRDefault="000746B7" w:rsidP="00155FB7">
            <w:pPr>
              <w:jc w:val="both"/>
            </w:pPr>
          </w:p>
        </w:tc>
        <w:tc>
          <w:tcPr>
            <w:tcW w:w="1234" w:type="dxa"/>
          </w:tcPr>
          <w:p w14:paraId="5A2F0FE3" w14:textId="77777777" w:rsidR="000746B7" w:rsidRPr="000C0EA2" w:rsidRDefault="000746B7" w:rsidP="00155FB7">
            <w:pPr>
              <w:jc w:val="both"/>
            </w:pPr>
          </w:p>
        </w:tc>
        <w:tc>
          <w:tcPr>
            <w:tcW w:w="1234" w:type="dxa"/>
          </w:tcPr>
          <w:p w14:paraId="5A8169CE" w14:textId="77777777" w:rsidR="000746B7" w:rsidRPr="000C0EA2" w:rsidRDefault="000746B7" w:rsidP="00155FB7">
            <w:pPr>
              <w:jc w:val="both"/>
            </w:pPr>
          </w:p>
        </w:tc>
        <w:tc>
          <w:tcPr>
            <w:tcW w:w="1234" w:type="dxa"/>
          </w:tcPr>
          <w:p w14:paraId="31C4E4B8" w14:textId="77777777" w:rsidR="000746B7" w:rsidRPr="000C0EA2" w:rsidRDefault="000746B7" w:rsidP="00155FB7">
            <w:pPr>
              <w:jc w:val="both"/>
            </w:pPr>
          </w:p>
        </w:tc>
      </w:tr>
    </w:tbl>
    <w:p w14:paraId="03FD346F" w14:textId="77777777" w:rsidR="000746B7" w:rsidRPr="000C0EA2" w:rsidRDefault="00331385" w:rsidP="004012F2">
      <w:pPr>
        <w:pStyle w:val="Titre1"/>
        <w:spacing w:before="600" w:after="240"/>
        <w:jc w:val="both"/>
      </w:pPr>
      <w:r w:rsidRPr="002F78A6">
        <w:t>🟦 X. FINANCING PLAN</w:t>
      </w:r>
    </w:p>
    <w:p w14:paraId="23D12B0B" w14:textId="7FC98620" w:rsidR="000746B7" w:rsidRPr="000C0EA2" w:rsidRDefault="00331385" w:rsidP="00155FB7">
      <w:pPr>
        <w:jc w:val="both"/>
        <w:rPr>
          <w:b/>
          <w:bCs/>
          <w:i/>
          <w:iCs/>
        </w:rPr>
      </w:pPr>
      <w:r w:rsidRPr="00574633">
        <w:rPr>
          <w:b/>
          <w:bCs/>
          <w:i/>
          <w:iCs/>
        </w:rPr>
        <w:t xml:space="preserve">Objective: To </w:t>
      </w:r>
      <w:r w:rsidR="00997BF0">
        <w:rPr>
          <w:b/>
          <w:bCs/>
          <w:i/>
          <w:iCs/>
        </w:rPr>
        <w:t>concisely</w:t>
      </w:r>
      <w:r w:rsidRPr="00574633">
        <w:rPr>
          <w:b/>
          <w:bCs/>
          <w:i/>
          <w:iCs/>
        </w:rPr>
        <w:t xml:space="preserve"> </w:t>
      </w:r>
      <w:r w:rsidR="00997BF0">
        <w:rPr>
          <w:b/>
          <w:bCs/>
          <w:i/>
          <w:iCs/>
        </w:rPr>
        <w:t>present</w:t>
      </w:r>
      <w:r w:rsidRPr="00574633">
        <w:rPr>
          <w:b/>
          <w:bCs/>
          <w:i/>
          <w:iCs/>
        </w:rPr>
        <w:t xml:space="preserve"> the </w:t>
      </w:r>
      <w:r w:rsidR="00997BF0">
        <w:rPr>
          <w:b/>
          <w:bCs/>
          <w:i/>
          <w:iCs/>
        </w:rPr>
        <w:t>various</w:t>
      </w:r>
      <w:r w:rsidRPr="00574633">
        <w:rPr>
          <w:b/>
          <w:bCs/>
          <w:i/>
          <w:iCs/>
        </w:rPr>
        <w:t xml:space="preserve"> sources of funding for the project.</w:t>
      </w:r>
    </w:p>
    <w:p w14:paraId="2A6CF8A0" w14:textId="77777777" w:rsidR="000746B7" w:rsidRPr="002F78A6" w:rsidRDefault="00331385" w:rsidP="002F78A6">
      <w:pPr>
        <w:pStyle w:val="Citationintense"/>
        <w:ind w:left="0"/>
        <w:jc w:val="both"/>
        <w:rPr>
          <w:lang w:val="fr-FR"/>
        </w:rPr>
      </w:pPr>
      <w:r w:rsidRPr="002F78A6">
        <w:t>📘 Detailed instructions:</w:t>
      </w:r>
    </w:p>
    <w:p w14:paraId="318ACB5F" w14:textId="4A8E0470" w:rsidR="000746B7" w:rsidRPr="000C0EA2" w:rsidRDefault="00997BF0" w:rsidP="00997BF0">
      <w:pPr>
        <w:pStyle w:val="Paragraphedeliste"/>
        <w:numPr>
          <w:ilvl w:val="0"/>
          <w:numId w:val="27"/>
        </w:numPr>
        <w:spacing w:after="0"/>
        <w:jc w:val="both"/>
        <w:rPr>
          <w:i/>
          <w:iCs/>
        </w:rPr>
      </w:pPr>
      <w:r w:rsidRPr="00997BF0">
        <w:rPr>
          <w:i/>
          <w:iCs/>
        </w:rPr>
        <w:t>For each donor or partner, specify the expected amount and whether this funding is confirmed or not.</w:t>
      </w:r>
    </w:p>
    <w:p w14:paraId="34A8CCA9" w14:textId="402A4DF0" w:rsidR="000746B7" w:rsidRPr="000C0EA2" w:rsidRDefault="00331385" w:rsidP="00997BF0">
      <w:pPr>
        <w:pStyle w:val="Paragraphedeliste"/>
        <w:numPr>
          <w:ilvl w:val="0"/>
          <w:numId w:val="27"/>
        </w:numPr>
        <w:spacing w:after="0"/>
        <w:jc w:val="both"/>
        <w:rPr>
          <w:i/>
          <w:iCs/>
        </w:rPr>
      </w:pPr>
      <w:r w:rsidRPr="00997BF0">
        <w:rPr>
          <w:i/>
          <w:iCs/>
        </w:rPr>
        <w:t xml:space="preserve">The total should </w:t>
      </w:r>
      <w:r w:rsidR="00997BF0" w:rsidRPr="00997BF0">
        <w:rPr>
          <w:i/>
          <w:iCs/>
        </w:rPr>
        <w:t>align wit</w:t>
      </w:r>
      <w:r w:rsidRPr="00997BF0">
        <w:rPr>
          <w:i/>
          <w:iCs/>
        </w:rPr>
        <w:t xml:space="preserve">h the overall budget </w:t>
      </w:r>
      <w:r w:rsidR="00997BF0" w:rsidRPr="00997BF0">
        <w:rPr>
          <w:i/>
          <w:iCs/>
        </w:rPr>
        <w:t>shown</w:t>
      </w:r>
      <w:r w:rsidRPr="00997BF0">
        <w:rPr>
          <w:i/>
          <w:iCs/>
        </w:rPr>
        <w:t xml:space="preserve"> in the previous section.</w:t>
      </w:r>
    </w:p>
    <w:p w14:paraId="4AC03E5E" w14:textId="77777777" w:rsidR="00F2358F" w:rsidRPr="000C0EA2" w:rsidRDefault="00F2358F" w:rsidP="00F2358F">
      <w:pPr>
        <w:spacing w:after="0"/>
        <w:jc w:val="both"/>
        <w:rPr>
          <w:i/>
          <w:iCs/>
        </w:rPr>
      </w:pPr>
    </w:p>
    <w:p w14:paraId="4C258738" w14:textId="1D1AB504" w:rsidR="000746B7" w:rsidRPr="000C0EA2" w:rsidRDefault="00331385" w:rsidP="00155FB7">
      <w:pPr>
        <w:jc w:val="both"/>
        <w:rPr>
          <w:i/>
          <w:iCs/>
        </w:rPr>
      </w:pPr>
      <w:r w:rsidRPr="00C13824">
        <w:rPr>
          <w:i/>
          <w:iCs/>
        </w:rPr>
        <w:t xml:space="preserve">✏️ Example table to fill </w:t>
      </w:r>
      <w:r w:rsidR="00997BF0">
        <w:rPr>
          <w:i/>
          <w:iCs/>
        </w:rPr>
        <w:t>out</w:t>
      </w:r>
      <w:r w:rsidRPr="00C13824">
        <w:rPr>
          <w:i/>
          <w:iCs/>
        </w:rPr>
        <w:t>:</w:t>
      </w:r>
    </w:p>
    <w:tbl>
      <w:tblPr>
        <w:tblStyle w:val="Grilledutableau"/>
        <w:tblW w:w="0" w:type="auto"/>
        <w:tblLook w:val="04A0" w:firstRow="1" w:lastRow="0" w:firstColumn="1" w:lastColumn="0" w:noHBand="0" w:noVBand="1"/>
      </w:tblPr>
      <w:tblGrid>
        <w:gridCol w:w="2876"/>
        <w:gridCol w:w="2877"/>
        <w:gridCol w:w="2877"/>
      </w:tblGrid>
      <w:tr w:rsidR="000746B7" w:rsidRPr="00F2358F" w14:paraId="4803EC1E" w14:textId="77777777">
        <w:tc>
          <w:tcPr>
            <w:tcW w:w="2880" w:type="dxa"/>
          </w:tcPr>
          <w:p w14:paraId="56C15ED6" w14:textId="77777777" w:rsidR="000746B7" w:rsidRPr="00F2358F" w:rsidRDefault="00331385" w:rsidP="00155FB7">
            <w:pPr>
              <w:jc w:val="both"/>
              <w:rPr>
                <w:b/>
                <w:bCs/>
                <w:lang w:val="fr-FR"/>
              </w:rPr>
            </w:pPr>
            <w:r w:rsidRPr="00F2358F">
              <w:rPr>
                <w:b/>
                <w:bCs/>
              </w:rPr>
              <w:t>Source of funding</w:t>
            </w:r>
          </w:p>
        </w:tc>
        <w:tc>
          <w:tcPr>
            <w:tcW w:w="2880" w:type="dxa"/>
          </w:tcPr>
          <w:p w14:paraId="53601C5F" w14:textId="77777777" w:rsidR="000746B7" w:rsidRPr="00F2358F" w:rsidRDefault="00331385" w:rsidP="00155FB7">
            <w:pPr>
              <w:jc w:val="both"/>
              <w:rPr>
                <w:b/>
                <w:bCs/>
                <w:lang w:val="fr-FR"/>
              </w:rPr>
            </w:pPr>
            <w:r w:rsidRPr="00F2358F">
              <w:rPr>
                <w:b/>
                <w:bCs/>
              </w:rPr>
              <w:t>Amount (€)</w:t>
            </w:r>
          </w:p>
        </w:tc>
        <w:tc>
          <w:tcPr>
            <w:tcW w:w="2880" w:type="dxa"/>
          </w:tcPr>
          <w:p w14:paraId="292D402E" w14:textId="77777777" w:rsidR="000746B7" w:rsidRPr="00F2358F" w:rsidRDefault="00331385" w:rsidP="00155FB7">
            <w:pPr>
              <w:jc w:val="both"/>
              <w:rPr>
                <w:b/>
                <w:bCs/>
                <w:lang w:val="fr-FR"/>
              </w:rPr>
            </w:pPr>
            <w:r w:rsidRPr="00F2358F">
              <w:rPr>
                <w:b/>
                <w:bCs/>
              </w:rPr>
              <w:t>Confirmed (Yes/No)</w:t>
            </w:r>
          </w:p>
        </w:tc>
      </w:tr>
      <w:tr w:rsidR="000746B7" w:rsidRPr="002F78A6" w14:paraId="7892E609" w14:textId="77777777">
        <w:tc>
          <w:tcPr>
            <w:tcW w:w="2880" w:type="dxa"/>
          </w:tcPr>
          <w:p w14:paraId="598618B5" w14:textId="77777777" w:rsidR="000746B7" w:rsidRPr="002F78A6" w:rsidRDefault="00331385" w:rsidP="00155FB7">
            <w:pPr>
              <w:jc w:val="both"/>
              <w:rPr>
                <w:lang w:val="fr-FR"/>
              </w:rPr>
            </w:pPr>
            <w:r w:rsidRPr="002F78A6">
              <w:t>PRCM - WACA ResIP2</w:t>
            </w:r>
          </w:p>
        </w:tc>
        <w:tc>
          <w:tcPr>
            <w:tcW w:w="2880" w:type="dxa"/>
          </w:tcPr>
          <w:p w14:paraId="086EC17B" w14:textId="77777777" w:rsidR="000746B7" w:rsidRPr="002F78A6" w:rsidRDefault="00155FB7" w:rsidP="00155FB7">
            <w:pPr>
              <w:jc w:val="both"/>
              <w:rPr>
                <w:lang w:val="fr-FR"/>
              </w:rPr>
            </w:pPr>
            <w:r w:rsidRPr="002F78A6">
              <w:t>Amount (€)</w:t>
            </w:r>
          </w:p>
        </w:tc>
        <w:tc>
          <w:tcPr>
            <w:tcW w:w="2880" w:type="dxa"/>
          </w:tcPr>
          <w:p w14:paraId="1C014A7A" w14:textId="77777777" w:rsidR="000746B7" w:rsidRPr="002F78A6" w:rsidRDefault="00155FB7" w:rsidP="00155FB7">
            <w:pPr>
              <w:jc w:val="both"/>
              <w:rPr>
                <w:lang w:val="fr-FR"/>
              </w:rPr>
            </w:pPr>
            <w:r w:rsidRPr="002F78A6">
              <w:t>Confirmed (Yes/No)</w:t>
            </w:r>
          </w:p>
        </w:tc>
      </w:tr>
      <w:tr w:rsidR="00155FB7" w:rsidRPr="002F78A6" w14:paraId="401500D6" w14:textId="77777777">
        <w:tc>
          <w:tcPr>
            <w:tcW w:w="2880" w:type="dxa"/>
          </w:tcPr>
          <w:p w14:paraId="368FDE8E" w14:textId="77777777" w:rsidR="00155FB7" w:rsidRPr="002F78A6" w:rsidRDefault="00155FB7" w:rsidP="00155FB7">
            <w:pPr>
              <w:jc w:val="both"/>
              <w:rPr>
                <w:lang w:val="fr-FR"/>
              </w:rPr>
            </w:pPr>
            <w:r w:rsidRPr="002F78A6">
              <w:t>Lessor 1</w:t>
            </w:r>
          </w:p>
        </w:tc>
        <w:tc>
          <w:tcPr>
            <w:tcW w:w="2880" w:type="dxa"/>
          </w:tcPr>
          <w:p w14:paraId="4859CE05" w14:textId="77777777" w:rsidR="00155FB7" w:rsidRPr="002F78A6" w:rsidRDefault="00155FB7" w:rsidP="00155FB7">
            <w:pPr>
              <w:jc w:val="both"/>
              <w:rPr>
                <w:lang w:val="fr-FR"/>
              </w:rPr>
            </w:pPr>
            <w:r w:rsidRPr="002F78A6">
              <w:t>Amount (€)</w:t>
            </w:r>
          </w:p>
        </w:tc>
        <w:tc>
          <w:tcPr>
            <w:tcW w:w="2880" w:type="dxa"/>
          </w:tcPr>
          <w:p w14:paraId="384166E4" w14:textId="77777777" w:rsidR="00155FB7" w:rsidRPr="002F78A6" w:rsidRDefault="00155FB7" w:rsidP="00155FB7">
            <w:pPr>
              <w:jc w:val="both"/>
              <w:rPr>
                <w:lang w:val="fr-FR"/>
              </w:rPr>
            </w:pPr>
            <w:r w:rsidRPr="002F78A6">
              <w:t>Confirmed (Yes/No)</w:t>
            </w:r>
          </w:p>
        </w:tc>
      </w:tr>
      <w:tr w:rsidR="00155FB7" w:rsidRPr="002F78A6" w14:paraId="75632B05" w14:textId="77777777">
        <w:tc>
          <w:tcPr>
            <w:tcW w:w="2880" w:type="dxa"/>
          </w:tcPr>
          <w:p w14:paraId="00CDDA94" w14:textId="77777777" w:rsidR="00155FB7" w:rsidRPr="002F78A6" w:rsidRDefault="00155FB7" w:rsidP="00155FB7">
            <w:pPr>
              <w:jc w:val="both"/>
              <w:rPr>
                <w:lang w:val="fr-FR"/>
              </w:rPr>
            </w:pPr>
            <w:r w:rsidRPr="002F78A6">
              <w:t>Donor 2</w:t>
            </w:r>
          </w:p>
        </w:tc>
        <w:tc>
          <w:tcPr>
            <w:tcW w:w="2880" w:type="dxa"/>
          </w:tcPr>
          <w:p w14:paraId="74470228" w14:textId="77777777" w:rsidR="00155FB7" w:rsidRPr="002F78A6" w:rsidRDefault="00155FB7" w:rsidP="00155FB7">
            <w:pPr>
              <w:jc w:val="both"/>
              <w:rPr>
                <w:lang w:val="fr-FR"/>
              </w:rPr>
            </w:pPr>
            <w:r w:rsidRPr="002F78A6">
              <w:t>Amount (€)</w:t>
            </w:r>
          </w:p>
        </w:tc>
        <w:tc>
          <w:tcPr>
            <w:tcW w:w="2880" w:type="dxa"/>
          </w:tcPr>
          <w:p w14:paraId="632AA0AE" w14:textId="77777777" w:rsidR="00155FB7" w:rsidRPr="002F78A6" w:rsidRDefault="00155FB7" w:rsidP="00155FB7">
            <w:pPr>
              <w:jc w:val="both"/>
              <w:rPr>
                <w:lang w:val="fr-FR"/>
              </w:rPr>
            </w:pPr>
            <w:r w:rsidRPr="002F78A6">
              <w:t>Confirmed (Yes/No)</w:t>
            </w:r>
          </w:p>
        </w:tc>
      </w:tr>
      <w:tr w:rsidR="00155FB7" w:rsidRPr="002F78A6" w14:paraId="0BE594DC" w14:textId="77777777">
        <w:tc>
          <w:tcPr>
            <w:tcW w:w="2880" w:type="dxa"/>
          </w:tcPr>
          <w:p w14:paraId="787649A9" w14:textId="77777777" w:rsidR="00155FB7" w:rsidRPr="002F78A6" w:rsidRDefault="00155FB7" w:rsidP="00155FB7">
            <w:pPr>
              <w:jc w:val="both"/>
              <w:rPr>
                <w:lang w:val="fr-FR"/>
              </w:rPr>
            </w:pPr>
            <w:r w:rsidRPr="002F78A6">
              <w:t>Donor 3</w:t>
            </w:r>
          </w:p>
        </w:tc>
        <w:tc>
          <w:tcPr>
            <w:tcW w:w="2880" w:type="dxa"/>
          </w:tcPr>
          <w:p w14:paraId="6CF4D958" w14:textId="77777777" w:rsidR="00155FB7" w:rsidRPr="002F78A6" w:rsidRDefault="00155FB7" w:rsidP="00155FB7">
            <w:pPr>
              <w:jc w:val="both"/>
              <w:rPr>
                <w:lang w:val="fr-FR"/>
              </w:rPr>
            </w:pPr>
            <w:r w:rsidRPr="002F78A6">
              <w:t>Amount (€)</w:t>
            </w:r>
          </w:p>
        </w:tc>
        <w:tc>
          <w:tcPr>
            <w:tcW w:w="2880" w:type="dxa"/>
          </w:tcPr>
          <w:p w14:paraId="0842F60A" w14:textId="77777777" w:rsidR="00155FB7" w:rsidRPr="002F78A6" w:rsidRDefault="00155FB7" w:rsidP="00155FB7">
            <w:pPr>
              <w:jc w:val="both"/>
              <w:rPr>
                <w:lang w:val="fr-FR"/>
              </w:rPr>
            </w:pPr>
            <w:r w:rsidRPr="002F78A6">
              <w:t>Confirmed (Yes/No)</w:t>
            </w:r>
          </w:p>
        </w:tc>
      </w:tr>
    </w:tbl>
    <w:p w14:paraId="018C6A62" w14:textId="77777777" w:rsidR="000746B7" w:rsidRPr="000C0EA2" w:rsidRDefault="00331385" w:rsidP="004012F2">
      <w:pPr>
        <w:pStyle w:val="Titre1"/>
        <w:spacing w:before="600" w:after="240"/>
        <w:jc w:val="both"/>
      </w:pPr>
      <w:r w:rsidRPr="002F78A6">
        <w:t>🟦 XI. MONITORING AND EVALUATION SYSTEM</w:t>
      </w:r>
    </w:p>
    <w:p w14:paraId="02D9D665" w14:textId="46ABD7B9" w:rsidR="000746B7" w:rsidRPr="000C0EA2" w:rsidRDefault="00997BF0" w:rsidP="00155FB7">
      <w:pPr>
        <w:jc w:val="both"/>
        <w:rPr>
          <w:b/>
          <w:bCs/>
          <w:i/>
          <w:iCs/>
        </w:rPr>
      </w:pPr>
      <w:r>
        <w:rPr>
          <w:b/>
          <w:bCs/>
          <w:i/>
          <w:iCs/>
        </w:rPr>
        <w:t>Objective: To show that you can track, measure, and report the project's results.</w:t>
      </w:r>
    </w:p>
    <w:p w14:paraId="7A029B49" w14:textId="77777777" w:rsidR="000746B7" w:rsidRPr="00574633" w:rsidRDefault="00331385" w:rsidP="00F2358F">
      <w:pPr>
        <w:pStyle w:val="Citationintense"/>
        <w:ind w:left="0"/>
        <w:jc w:val="both"/>
        <w:rPr>
          <w:lang w:val="fr-FR"/>
        </w:rPr>
      </w:pPr>
      <w:r w:rsidRPr="00574633">
        <w:t>📘 Detailed instructions:</w:t>
      </w:r>
    </w:p>
    <w:p w14:paraId="510C2681" w14:textId="0DDD744A" w:rsidR="000746B7" w:rsidRPr="000C0EA2" w:rsidRDefault="00997BF0" w:rsidP="00997BF0">
      <w:pPr>
        <w:pStyle w:val="Paragraphedeliste"/>
        <w:numPr>
          <w:ilvl w:val="0"/>
          <w:numId w:val="28"/>
        </w:numPr>
        <w:spacing w:after="0"/>
        <w:jc w:val="both"/>
        <w:rPr>
          <w:i/>
          <w:iCs/>
        </w:rPr>
      </w:pPr>
      <w:r w:rsidRPr="00997BF0">
        <w:rPr>
          <w:i/>
          <w:iCs/>
        </w:rPr>
        <w:t>Establish</w:t>
      </w:r>
      <w:r w:rsidR="00331385" w:rsidRPr="00997BF0">
        <w:rPr>
          <w:i/>
          <w:iCs/>
        </w:rPr>
        <w:t xml:space="preserve"> clear metrics for each expected outcome. Use SMART (Specific, Measurable, Achievable, Realistic, Time-bound) </w:t>
      </w:r>
      <w:r w:rsidRPr="00997BF0">
        <w:rPr>
          <w:i/>
          <w:iCs/>
        </w:rPr>
        <w:t>criteria</w:t>
      </w:r>
      <w:r w:rsidR="00331385" w:rsidRPr="00997BF0">
        <w:rPr>
          <w:i/>
          <w:iCs/>
        </w:rPr>
        <w:t>.</w:t>
      </w:r>
    </w:p>
    <w:p w14:paraId="5A2E126E" w14:textId="74238F0F" w:rsidR="000746B7" w:rsidRPr="000C0EA2" w:rsidRDefault="00997BF0" w:rsidP="00997BF0">
      <w:pPr>
        <w:pStyle w:val="Paragraphedeliste"/>
        <w:numPr>
          <w:ilvl w:val="0"/>
          <w:numId w:val="28"/>
        </w:numPr>
        <w:spacing w:after="0"/>
        <w:jc w:val="both"/>
        <w:rPr>
          <w:i/>
          <w:iCs/>
        </w:rPr>
      </w:pPr>
      <w:r w:rsidRPr="00997BF0">
        <w:rPr>
          <w:i/>
          <w:iCs/>
        </w:rPr>
        <w:t xml:space="preserve">Specify the baseline, the target to achieve, the verification source, and the </w:t>
      </w:r>
      <w:r>
        <w:rPr>
          <w:i/>
          <w:iCs/>
        </w:rPr>
        <w:t>frequency</w:t>
      </w:r>
      <w:r w:rsidRPr="00997BF0">
        <w:rPr>
          <w:i/>
          <w:iCs/>
        </w:rPr>
        <w:t xml:space="preserve"> </w:t>
      </w:r>
      <w:r>
        <w:rPr>
          <w:i/>
          <w:iCs/>
        </w:rPr>
        <w:t>of collection</w:t>
      </w:r>
      <w:r w:rsidRPr="00997BF0">
        <w:rPr>
          <w:i/>
          <w:iCs/>
        </w:rPr>
        <w:t>.</w:t>
      </w:r>
    </w:p>
    <w:p w14:paraId="3485F18F" w14:textId="19FBD6C3" w:rsidR="000746B7" w:rsidRPr="000C0EA2" w:rsidRDefault="00331385" w:rsidP="00997BF0">
      <w:pPr>
        <w:pStyle w:val="Paragraphedeliste"/>
        <w:numPr>
          <w:ilvl w:val="0"/>
          <w:numId w:val="28"/>
        </w:numPr>
        <w:spacing w:after="0"/>
        <w:jc w:val="both"/>
        <w:rPr>
          <w:i/>
          <w:iCs/>
        </w:rPr>
      </w:pPr>
      <w:r w:rsidRPr="00997BF0">
        <w:rPr>
          <w:i/>
          <w:iCs/>
        </w:rPr>
        <w:t xml:space="preserve">Use a </w:t>
      </w:r>
      <w:r w:rsidR="00997BF0" w:rsidRPr="00997BF0">
        <w:rPr>
          <w:i/>
          <w:iCs/>
        </w:rPr>
        <w:t>clear and organiz</w:t>
      </w:r>
      <w:r w:rsidRPr="00997BF0">
        <w:rPr>
          <w:i/>
          <w:iCs/>
        </w:rPr>
        <w:t>ed table.</w:t>
      </w:r>
    </w:p>
    <w:p w14:paraId="1190CE7F" w14:textId="77777777" w:rsidR="00F2358F" w:rsidRPr="000C0EA2" w:rsidRDefault="00F2358F" w:rsidP="00F2358F">
      <w:pPr>
        <w:spacing w:after="0"/>
        <w:jc w:val="both"/>
        <w:rPr>
          <w:i/>
          <w:iCs/>
        </w:rPr>
      </w:pPr>
    </w:p>
    <w:p w14:paraId="7B4EA5EA" w14:textId="1E2FC5B4" w:rsidR="000746B7" w:rsidRPr="000C0EA2" w:rsidRDefault="00331385" w:rsidP="00155FB7">
      <w:pPr>
        <w:jc w:val="both"/>
        <w:rPr>
          <w:i/>
          <w:iCs/>
        </w:rPr>
      </w:pPr>
      <w:r w:rsidRPr="00C13824">
        <w:rPr>
          <w:i/>
          <w:iCs/>
        </w:rPr>
        <w:t xml:space="preserve">✏️ Example table to fill </w:t>
      </w:r>
      <w:r w:rsidR="00997BF0">
        <w:rPr>
          <w:i/>
          <w:iCs/>
        </w:rPr>
        <w:t>out</w:t>
      </w:r>
      <w:r w:rsidRPr="00C13824">
        <w:rPr>
          <w:i/>
          <w:iCs/>
        </w:rPr>
        <w:t>:</w:t>
      </w:r>
    </w:p>
    <w:tbl>
      <w:tblPr>
        <w:tblStyle w:val="Grilledutableau"/>
        <w:tblW w:w="0" w:type="auto"/>
        <w:tblLook w:val="04A0" w:firstRow="1" w:lastRow="0" w:firstColumn="1" w:lastColumn="0" w:noHBand="0" w:noVBand="1"/>
      </w:tblPr>
      <w:tblGrid>
        <w:gridCol w:w="1438"/>
        <w:gridCol w:w="1439"/>
        <w:gridCol w:w="1438"/>
        <w:gridCol w:w="1438"/>
        <w:gridCol w:w="1438"/>
        <w:gridCol w:w="1439"/>
      </w:tblGrid>
      <w:tr w:rsidR="000746B7" w:rsidRPr="00F2358F" w14:paraId="56164D3E" w14:textId="77777777">
        <w:tc>
          <w:tcPr>
            <w:tcW w:w="1440" w:type="dxa"/>
          </w:tcPr>
          <w:p w14:paraId="134002AA" w14:textId="77777777" w:rsidR="000746B7" w:rsidRPr="00F2358F" w:rsidRDefault="00331385" w:rsidP="00155FB7">
            <w:pPr>
              <w:jc w:val="both"/>
              <w:rPr>
                <w:lang w:val="fr-FR"/>
              </w:rPr>
            </w:pPr>
            <w:r w:rsidRPr="00F2358F">
              <w:t>Expected result</w:t>
            </w:r>
          </w:p>
        </w:tc>
        <w:tc>
          <w:tcPr>
            <w:tcW w:w="1440" w:type="dxa"/>
          </w:tcPr>
          <w:p w14:paraId="19B2E297" w14:textId="77777777" w:rsidR="000746B7" w:rsidRPr="00F2358F" w:rsidRDefault="00331385" w:rsidP="00155FB7">
            <w:pPr>
              <w:jc w:val="both"/>
              <w:rPr>
                <w:lang w:val="fr-FR"/>
              </w:rPr>
            </w:pPr>
            <w:r w:rsidRPr="00F2358F">
              <w:t>SMART Indicator</w:t>
            </w:r>
          </w:p>
        </w:tc>
        <w:tc>
          <w:tcPr>
            <w:tcW w:w="1440" w:type="dxa"/>
          </w:tcPr>
          <w:p w14:paraId="7EAB827C" w14:textId="77777777" w:rsidR="000746B7" w:rsidRPr="00F2358F" w:rsidRDefault="00331385" w:rsidP="00155FB7">
            <w:pPr>
              <w:jc w:val="both"/>
              <w:rPr>
                <w:lang w:val="fr-FR"/>
              </w:rPr>
            </w:pPr>
            <w:r w:rsidRPr="00F2358F">
              <w:t>Initial situation</w:t>
            </w:r>
          </w:p>
        </w:tc>
        <w:tc>
          <w:tcPr>
            <w:tcW w:w="1440" w:type="dxa"/>
          </w:tcPr>
          <w:p w14:paraId="14B9C1C4" w14:textId="77777777" w:rsidR="000746B7" w:rsidRPr="00F2358F" w:rsidRDefault="00331385" w:rsidP="00155FB7">
            <w:pPr>
              <w:jc w:val="both"/>
              <w:rPr>
                <w:lang w:val="fr-FR"/>
              </w:rPr>
            </w:pPr>
            <w:r w:rsidRPr="00F2358F">
              <w:t>Target</w:t>
            </w:r>
          </w:p>
        </w:tc>
        <w:tc>
          <w:tcPr>
            <w:tcW w:w="1440" w:type="dxa"/>
          </w:tcPr>
          <w:p w14:paraId="354B3347" w14:textId="77777777" w:rsidR="000746B7" w:rsidRPr="00F2358F" w:rsidRDefault="00331385" w:rsidP="00155FB7">
            <w:pPr>
              <w:jc w:val="both"/>
              <w:rPr>
                <w:lang w:val="fr-FR"/>
              </w:rPr>
            </w:pPr>
            <w:r w:rsidRPr="00F2358F">
              <w:t>Source of Audit</w:t>
            </w:r>
          </w:p>
        </w:tc>
        <w:tc>
          <w:tcPr>
            <w:tcW w:w="1440" w:type="dxa"/>
          </w:tcPr>
          <w:p w14:paraId="20FAF1AD" w14:textId="77777777" w:rsidR="000746B7" w:rsidRPr="00F2358F" w:rsidRDefault="00331385" w:rsidP="00155FB7">
            <w:pPr>
              <w:jc w:val="both"/>
              <w:rPr>
                <w:lang w:val="fr-FR"/>
              </w:rPr>
            </w:pPr>
            <w:r w:rsidRPr="00F2358F">
              <w:t>Follow-up frequency</w:t>
            </w:r>
          </w:p>
        </w:tc>
      </w:tr>
      <w:tr w:rsidR="000746B7" w:rsidRPr="00331385" w14:paraId="1E544375" w14:textId="77777777">
        <w:tc>
          <w:tcPr>
            <w:tcW w:w="1440" w:type="dxa"/>
          </w:tcPr>
          <w:p w14:paraId="309E23BC" w14:textId="1E425E7A" w:rsidR="000746B7" w:rsidRPr="000C0EA2" w:rsidRDefault="00331385" w:rsidP="00155FB7">
            <w:pPr>
              <w:jc w:val="both"/>
            </w:pPr>
            <w:r w:rsidRPr="00F2358F">
              <w:t xml:space="preserve">E.g. The members of the 5 women's </w:t>
            </w:r>
            <w:r w:rsidRPr="00F2358F">
              <w:lastRenderedPageBreak/>
              <w:t xml:space="preserve">groups in zone X master the concept of </w:t>
            </w:r>
            <w:proofErr w:type="spellStart"/>
            <w:r w:rsidRPr="00F2358F">
              <w:t>SbN</w:t>
            </w:r>
            <w:proofErr w:type="spellEnd"/>
          </w:p>
        </w:tc>
        <w:tc>
          <w:tcPr>
            <w:tcW w:w="1440" w:type="dxa"/>
          </w:tcPr>
          <w:p w14:paraId="3DCD9F77" w14:textId="77777777" w:rsidR="000746B7" w:rsidRPr="000C0EA2" w:rsidRDefault="000746B7" w:rsidP="00155FB7">
            <w:pPr>
              <w:jc w:val="both"/>
            </w:pPr>
          </w:p>
        </w:tc>
        <w:tc>
          <w:tcPr>
            <w:tcW w:w="1440" w:type="dxa"/>
          </w:tcPr>
          <w:p w14:paraId="146B6C9A" w14:textId="77777777" w:rsidR="000746B7" w:rsidRPr="000C0EA2" w:rsidRDefault="000746B7" w:rsidP="00155FB7">
            <w:pPr>
              <w:jc w:val="both"/>
            </w:pPr>
          </w:p>
        </w:tc>
        <w:tc>
          <w:tcPr>
            <w:tcW w:w="1440" w:type="dxa"/>
          </w:tcPr>
          <w:p w14:paraId="783217A6" w14:textId="77777777" w:rsidR="000746B7" w:rsidRPr="000C0EA2" w:rsidRDefault="000746B7" w:rsidP="00155FB7">
            <w:pPr>
              <w:jc w:val="both"/>
            </w:pPr>
          </w:p>
        </w:tc>
        <w:tc>
          <w:tcPr>
            <w:tcW w:w="1440" w:type="dxa"/>
          </w:tcPr>
          <w:p w14:paraId="34C234FD" w14:textId="77777777" w:rsidR="000746B7" w:rsidRPr="000C0EA2" w:rsidRDefault="000746B7" w:rsidP="00155FB7">
            <w:pPr>
              <w:jc w:val="both"/>
            </w:pPr>
          </w:p>
        </w:tc>
        <w:tc>
          <w:tcPr>
            <w:tcW w:w="1440" w:type="dxa"/>
          </w:tcPr>
          <w:p w14:paraId="1977A727" w14:textId="77777777" w:rsidR="000746B7" w:rsidRPr="000C0EA2" w:rsidRDefault="000746B7" w:rsidP="00155FB7">
            <w:pPr>
              <w:jc w:val="both"/>
            </w:pPr>
          </w:p>
        </w:tc>
      </w:tr>
    </w:tbl>
    <w:p w14:paraId="21ACB380" w14:textId="77777777" w:rsidR="000746B7" w:rsidRPr="000C0EA2" w:rsidRDefault="00331385" w:rsidP="004012F2">
      <w:pPr>
        <w:pStyle w:val="Titre1"/>
        <w:spacing w:before="360" w:after="240"/>
        <w:jc w:val="both"/>
      </w:pPr>
      <w:r w:rsidRPr="00F2358F">
        <w:t>🟦 XII. CHECKLIST BEFORE SUBMISSION AND SUPPORTING DOCUMENTS</w:t>
      </w:r>
    </w:p>
    <w:p w14:paraId="796F00BA" w14:textId="76592694" w:rsidR="000746B7" w:rsidRPr="000C0EA2" w:rsidRDefault="00331385" w:rsidP="00155FB7">
      <w:pPr>
        <w:jc w:val="both"/>
        <w:rPr>
          <w:b/>
          <w:bCs/>
          <w:i/>
          <w:iCs/>
        </w:rPr>
      </w:pPr>
      <w:r w:rsidRPr="00142C71">
        <w:rPr>
          <w:b/>
          <w:bCs/>
          <w:i/>
          <w:iCs/>
        </w:rPr>
        <w:t xml:space="preserve">Objective: </w:t>
      </w:r>
      <w:r w:rsidR="004012F2">
        <w:rPr>
          <w:b/>
          <w:bCs/>
          <w:i/>
          <w:iCs/>
        </w:rPr>
        <w:t>Ensure</w:t>
      </w:r>
      <w:r w:rsidRPr="00142C71">
        <w:rPr>
          <w:b/>
          <w:bCs/>
          <w:i/>
          <w:iCs/>
        </w:rPr>
        <w:t xml:space="preserve"> the file is complete before sending.</w:t>
      </w:r>
    </w:p>
    <w:p w14:paraId="327BC77F" w14:textId="46133215" w:rsidR="000746B7" w:rsidRPr="000C0EA2" w:rsidRDefault="00331385" w:rsidP="00F2358F">
      <w:pPr>
        <w:pStyle w:val="Citationintense"/>
        <w:ind w:left="0"/>
        <w:jc w:val="both"/>
      </w:pPr>
      <w:r w:rsidRPr="00142C71">
        <w:t xml:space="preserve">📘 To </w:t>
      </w:r>
      <w:r w:rsidR="004012F2">
        <w:t>verify</w:t>
      </w:r>
      <w:r w:rsidRPr="00142C71">
        <w:t>:</w:t>
      </w:r>
    </w:p>
    <w:p w14:paraId="51A12A94" w14:textId="0ECA4D37" w:rsidR="000746B7" w:rsidRPr="000C0EA2" w:rsidRDefault="00331385" w:rsidP="00155FB7">
      <w:pPr>
        <w:jc w:val="both"/>
      </w:pPr>
      <w:r w:rsidRPr="00331385">
        <w:t xml:space="preserve">☐ Form </w:t>
      </w:r>
      <w:r w:rsidR="004012F2">
        <w:t>fill</w:t>
      </w:r>
      <w:r w:rsidRPr="00331385">
        <w:t xml:space="preserve">ed </w:t>
      </w:r>
      <w:r w:rsidR="004012F2">
        <w:t>out</w:t>
      </w:r>
      <w:r w:rsidRPr="00331385">
        <w:t xml:space="preserve"> </w:t>
      </w:r>
      <w:r w:rsidR="004012F2">
        <w:t>completely</w:t>
      </w:r>
    </w:p>
    <w:p w14:paraId="2EEB48A2" w14:textId="77777777" w:rsidR="000746B7" w:rsidRPr="000C0EA2" w:rsidRDefault="00331385" w:rsidP="00155FB7">
      <w:pPr>
        <w:jc w:val="both"/>
      </w:pPr>
      <w:r w:rsidRPr="00331385">
        <w:t>☐ Detailed budget</w:t>
      </w:r>
    </w:p>
    <w:p w14:paraId="134E32AA" w14:textId="77777777" w:rsidR="000746B7" w:rsidRPr="000C0EA2" w:rsidRDefault="00331385" w:rsidP="00155FB7">
      <w:pPr>
        <w:jc w:val="both"/>
      </w:pPr>
      <w:r w:rsidRPr="00331385">
        <w:t>☐ Financing plan</w:t>
      </w:r>
    </w:p>
    <w:p w14:paraId="39FA65FF" w14:textId="77777777" w:rsidR="000746B7" w:rsidRPr="000C0EA2" w:rsidRDefault="00331385" w:rsidP="00155FB7">
      <w:pPr>
        <w:jc w:val="both"/>
      </w:pPr>
      <w:r w:rsidRPr="00331385">
        <w:t>☐ Detailed timeline</w:t>
      </w:r>
    </w:p>
    <w:p w14:paraId="5627B0FE" w14:textId="28F81CA4" w:rsidR="000746B7" w:rsidRPr="000C0EA2" w:rsidRDefault="00331385" w:rsidP="00155FB7">
      <w:pPr>
        <w:jc w:val="both"/>
      </w:pPr>
      <w:r w:rsidRPr="00331385">
        <w:t xml:space="preserve">☐ Team </w:t>
      </w:r>
      <w:r w:rsidR="004012F2">
        <w:t>M</w:t>
      </w:r>
      <w:r w:rsidRPr="00331385">
        <w:t xml:space="preserve">ember </w:t>
      </w:r>
      <w:r w:rsidR="004012F2">
        <w:t>Resume</w:t>
      </w:r>
      <w:r w:rsidRPr="00331385">
        <w:t>s</w:t>
      </w:r>
    </w:p>
    <w:p w14:paraId="4BBDD372" w14:textId="3F66662D" w:rsidR="000746B7" w:rsidRPr="000C0EA2" w:rsidRDefault="00331385" w:rsidP="00155FB7">
      <w:pPr>
        <w:jc w:val="both"/>
      </w:pPr>
      <w:r w:rsidRPr="00331385">
        <w:t xml:space="preserve">☐ Legal </w:t>
      </w:r>
      <w:r w:rsidR="004012F2">
        <w:t>S</w:t>
      </w:r>
      <w:r w:rsidRPr="00331385">
        <w:t>tatus</w:t>
      </w:r>
    </w:p>
    <w:p w14:paraId="4C6587B7" w14:textId="77777777" w:rsidR="000746B7" w:rsidRPr="000C0EA2" w:rsidRDefault="00331385" w:rsidP="00155FB7">
      <w:pPr>
        <w:jc w:val="both"/>
      </w:pPr>
      <w:r w:rsidRPr="00331385">
        <w:t>☐ Map of the intervention area</w:t>
      </w:r>
    </w:p>
    <w:p w14:paraId="6E14665F" w14:textId="77777777" w:rsidR="000746B7" w:rsidRPr="000C0EA2" w:rsidRDefault="00331385" w:rsidP="00155FB7">
      <w:pPr>
        <w:jc w:val="both"/>
      </w:pPr>
      <w:r w:rsidRPr="00C13824">
        <w:t>☐ Logical framework</w:t>
      </w:r>
    </w:p>
    <w:p w14:paraId="1FA8441F" w14:textId="2A29D470" w:rsidR="001E7B83" w:rsidRPr="000C0EA2" w:rsidRDefault="001E7B83" w:rsidP="001E7B83">
      <w:pPr>
        <w:jc w:val="both"/>
      </w:pPr>
      <w:r w:rsidRPr="00C13824">
        <w:rPr>
          <w:rFonts w:ascii="Segoe UI Symbol" w:hAnsi="Segoe UI Symbol" w:cs="Segoe UI Symbol"/>
        </w:rPr>
        <w:t>☐</w:t>
      </w:r>
      <w:r w:rsidRPr="00C13824">
        <w:t xml:space="preserve"> Monitoring and </w:t>
      </w:r>
      <w:r w:rsidR="004012F2">
        <w:t>E</w:t>
      </w:r>
      <w:r w:rsidRPr="00C13824">
        <w:t xml:space="preserve">valuation </w:t>
      </w:r>
      <w:r w:rsidR="004012F2">
        <w:t>S</w:t>
      </w:r>
      <w:r w:rsidRPr="00C13824">
        <w:t>ystem</w:t>
      </w:r>
    </w:p>
    <w:p w14:paraId="154A2B9C" w14:textId="12FAE517" w:rsidR="001E7B83" w:rsidRPr="000C0EA2" w:rsidRDefault="001E7B83" w:rsidP="00155FB7">
      <w:pPr>
        <w:jc w:val="both"/>
      </w:pPr>
    </w:p>
    <w:sectPr w:rsidR="001E7B83" w:rsidRPr="000C0EA2" w:rsidSect="00034616">
      <w:head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B252E" w14:textId="77777777" w:rsidR="008268CD" w:rsidRDefault="008268CD" w:rsidP="00801814">
      <w:pPr>
        <w:spacing w:after="0" w:line="240" w:lineRule="auto"/>
      </w:pPr>
      <w:r>
        <w:separator/>
      </w:r>
    </w:p>
  </w:endnote>
  <w:endnote w:type="continuationSeparator" w:id="0">
    <w:p w14:paraId="20BE02D9" w14:textId="77777777" w:rsidR="008268CD" w:rsidRDefault="008268CD" w:rsidP="00801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3ECDA" w14:textId="77777777" w:rsidR="008268CD" w:rsidRDefault="008268CD" w:rsidP="00801814">
      <w:pPr>
        <w:spacing w:after="0" w:line="240" w:lineRule="auto"/>
      </w:pPr>
      <w:r>
        <w:separator/>
      </w:r>
    </w:p>
  </w:footnote>
  <w:footnote w:type="continuationSeparator" w:id="0">
    <w:p w14:paraId="7DEB4B9E" w14:textId="77777777" w:rsidR="008268CD" w:rsidRDefault="008268CD" w:rsidP="00801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D777" w14:textId="28565364" w:rsidR="00801814" w:rsidRDefault="00801814">
    <w:pPr>
      <w:pStyle w:val="En-tte"/>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A2E0A5C"/>
    <w:multiLevelType w:val="hybridMultilevel"/>
    <w:tmpl w:val="48FEC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624898"/>
    <w:multiLevelType w:val="hybridMultilevel"/>
    <w:tmpl w:val="89FE4338"/>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91514D"/>
    <w:multiLevelType w:val="hybridMultilevel"/>
    <w:tmpl w:val="6DA83F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A00590"/>
    <w:multiLevelType w:val="hybridMultilevel"/>
    <w:tmpl w:val="187822FC"/>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C7C673F"/>
    <w:multiLevelType w:val="hybridMultilevel"/>
    <w:tmpl w:val="49A24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110D99"/>
    <w:multiLevelType w:val="hybridMultilevel"/>
    <w:tmpl w:val="A6E4141E"/>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41297B"/>
    <w:multiLevelType w:val="hybridMultilevel"/>
    <w:tmpl w:val="36A23092"/>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755F3E"/>
    <w:multiLevelType w:val="hybridMultilevel"/>
    <w:tmpl w:val="26923C50"/>
    <w:lvl w:ilvl="0" w:tplc="ABA2D112">
      <w:start w:val="8"/>
      <w:numFmt w:val="bullet"/>
      <w:lvlText w:val="-"/>
      <w:lvlJc w:val="left"/>
      <w:pPr>
        <w:ind w:left="720" w:hanging="360"/>
      </w:pPr>
      <w:rPr>
        <w:rFonts w:ascii="Times New Roman" w:eastAsiaTheme="minorEastAsia" w:hAnsi="Times New Roman" w:cs="Times New Roman" w:hint="default"/>
        <w:i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B474FD9"/>
    <w:multiLevelType w:val="hybridMultilevel"/>
    <w:tmpl w:val="10C83B74"/>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937AD3"/>
    <w:multiLevelType w:val="hybridMultilevel"/>
    <w:tmpl w:val="795C5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DE36F8"/>
    <w:multiLevelType w:val="hybridMultilevel"/>
    <w:tmpl w:val="28BE86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7935CAA"/>
    <w:multiLevelType w:val="hybridMultilevel"/>
    <w:tmpl w:val="E77AD6D0"/>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7CA2633"/>
    <w:multiLevelType w:val="hybridMultilevel"/>
    <w:tmpl w:val="72F49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5E5AA7"/>
    <w:multiLevelType w:val="hybridMultilevel"/>
    <w:tmpl w:val="3496EE8A"/>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EEC1C8C"/>
    <w:multiLevelType w:val="hybridMultilevel"/>
    <w:tmpl w:val="B016D8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8577723"/>
    <w:multiLevelType w:val="hybridMultilevel"/>
    <w:tmpl w:val="8A5666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8EC3DF2"/>
    <w:multiLevelType w:val="hybridMultilevel"/>
    <w:tmpl w:val="749E704E"/>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B344776"/>
    <w:multiLevelType w:val="hybridMultilevel"/>
    <w:tmpl w:val="5ACC9DD4"/>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D57542E"/>
    <w:multiLevelType w:val="hybridMultilevel"/>
    <w:tmpl w:val="538EFAD2"/>
    <w:lvl w:ilvl="0" w:tplc="08C0004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7174254">
    <w:abstractNumId w:val="8"/>
  </w:num>
  <w:num w:numId="2" w16cid:durableId="780346775">
    <w:abstractNumId w:val="6"/>
  </w:num>
  <w:num w:numId="3" w16cid:durableId="1239897706">
    <w:abstractNumId w:val="5"/>
  </w:num>
  <w:num w:numId="4" w16cid:durableId="538052431">
    <w:abstractNumId w:val="4"/>
  </w:num>
  <w:num w:numId="5" w16cid:durableId="194512564">
    <w:abstractNumId w:val="7"/>
  </w:num>
  <w:num w:numId="6" w16cid:durableId="977799415">
    <w:abstractNumId w:val="3"/>
  </w:num>
  <w:num w:numId="7" w16cid:durableId="763494944">
    <w:abstractNumId w:val="2"/>
  </w:num>
  <w:num w:numId="8" w16cid:durableId="671831334">
    <w:abstractNumId w:val="1"/>
  </w:num>
  <w:num w:numId="9" w16cid:durableId="1445034866">
    <w:abstractNumId w:val="0"/>
  </w:num>
  <w:num w:numId="10" w16cid:durableId="921764187">
    <w:abstractNumId w:val="16"/>
  </w:num>
  <w:num w:numId="11" w16cid:durableId="1523084816">
    <w:abstractNumId w:val="9"/>
  </w:num>
  <w:num w:numId="12" w16cid:durableId="1570000700">
    <w:abstractNumId w:val="22"/>
  </w:num>
  <w:num w:numId="13" w16cid:durableId="1855535885">
    <w:abstractNumId w:val="10"/>
  </w:num>
  <w:num w:numId="14" w16cid:durableId="603415401">
    <w:abstractNumId w:val="20"/>
  </w:num>
  <w:num w:numId="15" w16cid:durableId="1234118945">
    <w:abstractNumId w:val="13"/>
  </w:num>
  <w:num w:numId="16" w16cid:durableId="1508327708">
    <w:abstractNumId w:val="11"/>
  </w:num>
  <w:num w:numId="17" w16cid:durableId="310646674">
    <w:abstractNumId w:val="26"/>
  </w:num>
  <w:num w:numId="18" w16cid:durableId="1644237428">
    <w:abstractNumId w:val="15"/>
  </w:num>
  <w:num w:numId="19" w16cid:durableId="1668555782">
    <w:abstractNumId w:val="18"/>
  </w:num>
  <w:num w:numId="20" w16cid:durableId="1603223918">
    <w:abstractNumId w:val="19"/>
  </w:num>
  <w:num w:numId="21" w16cid:durableId="1366324515">
    <w:abstractNumId w:val="12"/>
  </w:num>
  <w:num w:numId="22" w16cid:durableId="1259606452">
    <w:abstractNumId w:val="21"/>
  </w:num>
  <w:num w:numId="23" w16cid:durableId="1782260752">
    <w:abstractNumId w:val="17"/>
  </w:num>
  <w:num w:numId="24" w16cid:durableId="1716854890">
    <w:abstractNumId w:val="14"/>
  </w:num>
  <w:num w:numId="25" w16cid:durableId="165824592">
    <w:abstractNumId w:val="23"/>
  </w:num>
  <w:num w:numId="26" w16cid:durableId="849299546">
    <w:abstractNumId w:val="25"/>
  </w:num>
  <w:num w:numId="27" w16cid:durableId="1566330801">
    <w:abstractNumId w:val="24"/>
  </w:num>
  <w:num w:numId="28" w16cid:durableId="5786834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BA7"/>
    <w:rsid w:val="0006063C"/>
    <w:rsid w:val="00067A61"/>
    <w:rsid w:val="000725F9"/>
    <w:rsid w:val="000736B3"/>
    <w:rsid w:val="000746B7"/>
    <w:rsid w:val="000B1585"/>
    <w:rsid w:val="000C0EA2"/>
    <w:rsid w:val="00100C6A"/>
    <w:rsid w:val="00142C71"/>
    <w:rsid w:val="0015074B"/>
    <w:rsid w:val="00155FB7"/>
    <w:rsid w:val="00156DE3"/>
    <w:rsid w:val="001C3D45"/>
    <w:rsid w:val="001E7B83"/>
    <w:rsid w:val="00217D13"/>
    <w:rsid w:val="00234AA1"/>
    <w:rsid w:val="0023619B"/>
    <w:rsid w:val="002818D7"/>
    <w:rsid w:val="0029639D"/>
    <w:rsid w:val="002D64E9"/>
    <w:rsid w:val="002E19BC"/>
    <w:rsid w:val="002F78A6"/>
    <w:rsid w:val="00326F90"/>
    <w:rsid w:val="00331385"/>
    <w:rsid w:val="0036111C"/>
    <w:rsid w:val="00372EB6"/>
    <w:rsid w:val="00385708"/>
    <w:rsid w:val="004012F2"/>
    <w:rsid w:val="0042442D"/>
    <w:rsid w:val="00446044"/>
    <w:rsid w:val="00552C2D"/>
    <w:rsid w:val="00574633"/>
    <w:rsid w:val="005B3B56"/>
    <w:rsid w:val="005B4093"/>
    <w:rsid w:val="005D6C19"/>
    <w:rsid w:val="00641A1B"/>
    <w:rsid w:val="00646B62"/>
    <w:rsid w:val="006504DE"/>
    <w:rsid w:val="00661185"/>
    <w:rsid w:val="00705C2B"/>
    <w:rsid w:val="0070721B"/>
    <w:rsid w:val="00801814"/>
    <w:rsid w:val="008020AD"/>
    <w:rsid w:val="00811511"/>
    <w:rsid w:val="008268CD"/>
    <w:rsid w:val="0084385A"/>
    <w:rsid w:val="00863CE8"/>
    <w:rsid w:val="00865733"/>
    <w:rsid w:val="009254F5"/>
    <w:rsid w:val="00932ECD"/>
    <w:rsid w:val="00963C3A"/>
    <w:rsid w:val="009812F4"/>
    <w:rsid w:val="00997BF0"/>
    <w:rsid w:val="009F1590"/>
    <w:rsid w:val="009F1C46"/>
    <w:rsid w:val="00A56E80"/>
    <w:rsid w:val="00A8189F"/>
    <w:rsid w:val="00AA1D8D"/>
    <w:rsid w:val="00AA3B35"/>
    <w:rsid w:val="00B32E46"/>
    <w:rsid w:val="00B47730"/>
    <w:rsid w:val="00B70456"/>
    <w:rsid w:val="00C13824"/>
    <w:rsid w:val="00C13F0B"/>
    <w:rsid w:val="00CB0664"/>
    <w:rsid w:val="00D13D2B"/>
    <w:rsid w:val="00D36BD2"/>
    <w:rsid w:val="00D605C2"/>
    <w:rsid w:val="00D75651"/>
    <w:rsid w:val="00DA3BFF"/>
    <w:rsid w:val="00E42260"/>
    <w:rsid w:val="00E541DC"/>
    <w:rsid w:val="00E81601"/>
    <w:rsid w:val="00EE45ED"/>
    <w:rsid w:val="00F2358F"/>
    <w:rsid w:val="00F236AF"/>
    <w:rsid w:val="00F72785"/>
    <w:rsid w:val="00F72910"/>
    <w:rsid w:val="00F876B8"/>
    <w:rsid w:val="00F90281"/>
    <w:rsid w:val="00FA18D2"/>
    <w:rsid w:val="00FB6D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FE1657"/>
  <w14:defaultImageDpi w14:val="300"/>
  <w15:docId w15:val="{EA436CA6-77DA-F34A-AA0B-519F3829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arquedecommentaire">
    <w:name w:val="annotation reference"/>
    <w:basedOn w:val="Policepardfaut"/>
    <w:uiPriority w:val="99"/>
    <w:semiHidden/>
    <w:unhideWhenUsed/>
    <w:rsid w:val="00155FB7"/>
    <w:rPr>
      <w:sz w:val="16"/>
      <w:szCs w:val="16"/>
    </w:rPr>
  </w:style>
  <w:style w:type="paragraph" w:styleId="Commentaire">
    <w:name w:val="annotation text"/>
    <w:basedOn w:val="Normal"/>
    <w:link w:val="CommentaireCar"/>
    <w:uiPriority w:val="99"/>
    <w:unhideWhenUsed/>
    <w:rsid w:val="00155FB7"/>
    <w:pPr>
      <w:spacing w:line="240" w:lineRule="auto"/>
    </w:pPr>
    <w:rPr>
      <w:sz w:val="20"/>
      <w:szCs w:val="20"/>
    </w:rPr>
  </w:style>
  <w:style w:type="character" w:customStyle="1" w:styleId="CommentaireCar">
    <w:name w:val="Commentaire Car"/>
    <w:basedOn w:val="Policepardfaut"/>
    <w:link w:val="Commentaire"/>
    <w:uiPriority w:val="99"/>
    <w:rsid w:val="00155FB7"/>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155FB7"/>
    <w:rPr>
      <w:b/>
      <w:bCs/>
    </w:rPr>
  </w:style>
  <w:style w:type="character" w:customStyle="1" w:styleId="ObjetducommentaireCar">
    <w:name w:val="Objet du commentaire Car"/>
    <w:basedOn w:val="CommentaireCar"/>
    <w:link w:val="Objetducommentaire"/>
    <w:uiPriority w:val="99"/>
    <w:semiHidden/>
    <w:rsid w:val="00155FB7"/>
    <w:rPr>
      <w:rFonts w:ascii="Calibri" w:hAnsi="Calibri"/>
      <w:b/>
      <w:bCs/>
      <w:sz w:val="20"/>
      <w:szCs w:val="20"/>
    </w:rPr>
  </w:style>
  <w:style w:type="paragraph" w:styleId="Rvision">
    <w:name w:val="Revision"/>
    <w:hidden/>
    <w:uiPriority w:val="99"/>
    <w:semiHidden/>
    <w:rsid w:val="000736B3"/>
    <w:pPr>
      <w:spacing w:after="0" w:line="240" w:lineRule="auto"/>
    </w:pPr>
    <w:rPr>
      <w:rFonts w:ascii="Calibri" w:hAnsi="Calibri"/>
    </w:rPr>
  </w:style>
  <w:style w:type="character" w:styleId="Textedelespacerserv">
    <w:name w:val="Placeholder Text"/>
    <w:basedOn w:val="Policepardfaut"/>
    <w:uiPriority w:val="99"/>
    <w:semiHidden/>
    <w:rsid w:val="00641A1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1796</Words>
  <Characters>9879</Characters>
  <Application>Microsoft Office Word</Application>
  <DocSecurity>0</DocSecurity>
  <Lines>82</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Eve Cabo</cp:lastModifiedBy>
  <cp:revision>2</cp:revision>
  <dcterms:created xsi:type="dcterms:W3CDTF">2025-07-07T17:14:00Z</dcterms:created>
  <dcterms:modified xsi:type="dcterms:W3CDTF">2025-07-07T17:14:00Z</dcterms:modified>
  <cp:category/>
</cp:coreProperties>
</file>